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2D54D" w14:textId="77777777" w:rsidR="00713028" w:rsidRPr="001D219F" w:rsidRDefault="00C339DC" w:rsidP="001D219F">
      <w:pPr>
        <w:jc w:val="center"/>
        <w:rPr>
          <w:b/>
          <w:bCs/>
          <w:color w:val="1F497D" w:themeColor="text2"/>
          <w:sz w:val="28"/>
          <w:szCs w:val="28"/>
        </w:rPr>
      </w:pPr>
      <w:r w:rsidRPr="001D219F">
        <w:rPr>
          <w:b/>
          <w:bCs/>
          <w:color w:val="1F497D" w:themeColor="text2"/>
          <w:sz w:val="28"/>
          <w:szCs w:val="28"/>
        </w:rPr>
        <w:t>WERKPROCEDURE</w:t>
      </w:r>
    </w:p>
    <w:p w14:paraId="72CDB2E7" w14:textId="44010BF5" w:rsidR="00713028" w:rsidRPr="001D219F" w:rsidRDefault="00C339DC" w:rsidP="001D219F">
      <w:pPr>
        <w:jc w:val="center"/>
        <w:rPr>
          <w:b/>
          <w:bCs/>
          <w:color w:val="1F497D" w:themeColor="text2"/>
          <w:sz w:val="28"/>
          <w:szCs w:val="28"/>
        </w:rPr>
      </w:pPr>
      <w:r w:rsidRPr="001D219F">
        <w:rPr>
          <w:b/>
          <w:bCs/>
          <w:color w:val="1F497D" w:themeColor="text2"/>
          <w:sz w:val="28"/>
          <w:szCs w:val="28"/>
        </w:rPr>
        <w:t>Update: januari 202</w:t>
      </w:r>
      <w:r w:rsidR="009D4DB6">
        <w:rPr>
          <w:b/>
          <w:bCs/>
          <w:color w:val="1F497D" w:themeColor="text2"/>
          <w:sz w:val="28"/>
          <w:szCs w:val="28"/>
        </w:rPr>
        <w:t>6</w:t>
      </w:r>
    </w:p>
    <w:p w14:paraId="58553024" w14:textId="77777777" w:rsidR="00713028" w:rsidRPr="001D219F" w:rsidRDefault="00713028" w:rsidP="001D219F">
      <w:pPr>
        <w:jc w:val="center"/>
        <w:rPr>
          <w:b/>
          <w:bCs/>
          <w:sz w:val="28"/>
          <w:szCs w:val="28"/>
        </w:rPr>
      </w:pPr>
    </w:p>
    <w:p w14:paraId="5724C864" w14:textId="77777777" w:rsidR="00713028" w:rsidRPr="001D219F" w:rsidRDefault="00C339DC" w:rsidP="001D219F">
      <w:pPr>
        <w:jc w:val="center"/>
        <w:rPr>
          <w:b/>
          <w:bCs/>
          <w:sz w:val="40"/>
          <w:szCs w:val="40"/>
        </w:rPr>
      </w:pPr>
      <w:r w:rsidRPr="001D219F">
        <w:rPr>
          <w:b/>
          <w:bCs/>
          <w:sz w:val="40"/>
          <w:szCs w:val="40"/>
        </w:rPr>
        <w:t>Vernietiging van documenten</w:t>
      </w:r>
    </w:p>
    <w:p w14:paraId="39289313" w14:textId="77777777" w:rsidR="00713028" w:rsidRPr="001D219F" w:rsidRDefault="00C339DC" w:rsidP="001D219F">
      <w:pPr>
        <w:jc w:val="center"/>
        <w:rPr>
          <w:b/>
          <w:bCs/>
          <w:sz w:val="28"/>
          <w:szCs w:val="28"/>
        </w:rPr>
      </w:pPr>
      <w:r w:rsidRPr="001D219F">
        <w:rPr>
          <w:b/>
          <w:bCs/>
          <w:sz w:val="28"/>
          <w:szCs w:val="28"/>
        </w:rPr>
        <w:t>Veilige vernietiging</w:t>
      </w:r>
    </w:p>
    <w:p w14:paraId="649F0536" w14:textId="77777777" w:rsidR="00713028" w:rsidRPr="001D219F" w:rsidRDefault="00C339DC" w:rsidP="001D219F">
      <w:pPr>
        <w:jc w:val="center"/>
        <w:rPr>
          <w:b/>
          <w:bCs/>
          <w:sz w:val="28"/>
          <w:szCs w:val="28"/>
        </w:rPr>
      </w:pPr>
      <w:r w:rsidRPr="001D219F">
        <w:rPr>
          <w:b/>
          <w:bCs/>
          <w:sz w:val="28"/>
          <w:szCs w:val="28"/>
        </w:rPr>
        <w:t>Vernietiging van verlopen archieven</w:t>
      </w:r>
    </w:p>
    <w:p w14:paraId="4397C321" w14:textId="77777777" w:rsidR="00713028" w:rsidRDefault="00713028"/>
    <w:p w14:paraId="3025B303" w14:textId="77777777" w:rsidR="00713028" w:rsidRDefault="00C339DC">
      <w:r>
        <w:t>Gefeliciteerd met uw beslissing om — via veilige vernietiging — onnodige of verlopen documenten te verwijderen.</w:t>
      </w:r>
    </w:p>
    <w:p w14:paraId="315154C1" w14:textId="77777777" w:rsidR="00713028" w:rsidRDefault="00713028"/>
    <w:p w14:paraId="182D41B7" w14:textId="77777777" w:rsidR="00713028" w:rsidRDefault="00C339DC">
      <w:r>
        <w:t>Om te beginnen verzoeken wij u een e-mail te sturen naar office(@)distrugere(.)ro met het verzoek om een Offerte.</w:t>
      </w:r>
    </w:p>
    <w:p w14:paraId="1B3EB58A" w14:textId="77777777" w:rsidR="00713028" w:rsidRDefault="00C339DC">
      <w:r>
        <w:t>Het is aanbevolen om ten minste de algemene locatie (stad/gemeente/wijk) en de geschatte hoeveelheid documenten in kilo’s te vermelden die vernietigd moeten worden.</w:t>
      </w:r>
    </w:p>
    <w:p w14:paraId="4FC7417A" w14:textId="77777777" w:rsidR="00713028" w:rsidRDefault="00713028"/>
    <w:p w14:paraId="2A27D710" w14:textId="77777777" w:rsidR="00713028" w:rsidRDefault="00C339DC">
      <w:r>
        <w:t>U ontvangt per e-mail: het offerteformulier, het model van de Dienstverleningsovereenkomst voor vernietiging, het model van het Overname-/Afhaalproces-verbaal en eventuele aanvullende informatie.</w:t>
      </w:r>
    </w:p>
    <w:p w14:paraId="5572504F" w14:textId="77777777" w:rsidR="00713028" w:rsidRDefault="00713028"/>
    <w:p w14:paraId="1D7FDC30" w14:textId="77777777" w:rsidR="00713028" w:rsidRDefault="00C339DC">
      <w:r>
        <w:t>Wanneer u akkoord gaat met de offerte, vragen wij u contact met ons op te nemen — bij voorkeur telefonisch via 0767.966.595 — om de exacte locatie, datum en tijd van de ophaling vast te leggen.</w:t>
      </w:r>
    </w:p>
    <w:p w14:paraId="4D2EF015" w14:textId="77777777" w:rsidR="00713028" w:rsidRDefault="00C339DC">
      <w:r>
        <w:t>Voordat wij uw documenten komen ophalen, is het nodig dat u ons uw fiscaal nummer (CUI/CIF) doorgeeft zodat wij de vereiste documenten kunnen voorbereiden.</w:t>
      </w:r>
    </w:p>
    <w:p w14:paraId="1CBD3CE2" w14:textId="77777777" w:rsidR="00713028" w:rsidRDefault="00713028"/>
    <w:p w14:paraId="22D5691E" w14:textId="77777777" w:rsidR="00713028" w:rsidRDefault="00C339DC">
      <w:r>
        <w:t>Als de hoeveelheid of het volume van de documenten groot is, vragen wij u enkele foto’s te sturen via e-mail of WhatsApp. Indien nodig kan ons team een voorafgaande inspectie doen om de situatie te beoordelen en het ophaalproces te optimaliseren.</w:t>
      </w:r>
    </w:p>
    <w:p w14:paraId="702E7485" w14:textId="77777777" w:rsidR="00713028" w:rsidRDefault="00713028"/>
    <w:p w14:paraId="4138FD3D" w14:textId="77777777" w:rsidR="00713028" w:rsidRPr="001D219F" w:rsidRDefault="00C339DC">
      <w:pPr>
        <w:rPr>
          <w:b/>
          <w:bCs/>
          <w:color w:val="EE0000"/>
        </w:rPr>
      </w:pPr>
      <w:r w:rsidRPr="001D219F">
        <w:rPr>
          <w:b/>
          <w:bCs/>
          <w:color w:val="EE0000"/>
        </w:rPr>
        <w:lastRenderedPageBreak/>
        <w:t>LET OP! Het vernietigingsproces is ONOMKEERBAAR!</w:t>
      </w:r>
    </w:p>
    <w:p w14:paraId="4257EECB" w14:textId="77777777" w:rsidR="00713028" w:rsidRDefault="00C339DC">
      <w:r>
        <w:t>Controleer zorgvuldig welke documenten u aanbiedt voor veilige vernietiging, want ze kunnen niet worden hersteld.</w:t>
      </w:r>
    </w:p>
    <w:p w14:paraId="4270AF39" w14:textId="77777777" w:rsidR="00713028" w:rsidRDefault="00713028"/>
    <w:p w14:paraId="77FEF080" w14:textId="77777777" w:rsidR="00713028" w:rsidRDefault="00C339DC">
      <w:r>
        <w:t>Wij verrichten geen archieforganisatie en selecteren geen documenten uit uw archief — u beslist volledig zelf welke documenten vernietigd moeten worden.</w:t>
      </w:r>
    </w:p>
    <w:p w14:paraId="0A5D53B1" w14:textId="77777777" w:rsidR="00713028" w:rsidRDefault="00C339DC">
      <w:r>
        <w:t>Wij nemen uitsluitend kilo’s/tonnen documenten in ontvangst voor vernietiging, en het proces-verbaal weerspiegelt uitsluitend deze hoeveelheid.</w:t>
      </w:r>
    </w:p>
    <w:p w14:paraId="39606413" w14:textId="77777777" w:rsidR="00713028" w:rsidRDefault="00C339DC">
      <w:r>
        <w:t>Indien nuttig kunt u een lijst met documenttypes/kategorieën toevoegen aan de achterzijde van het proces-verbaal, maar vanuit ons perspectief → vernietigen wij documenthoeveelheden, niet de inhoud. U bent volledig verantwoordelijk voor de inhoud, zoals vermeld in de Dienstverleningsovereenkomst.</w:t>
      </w:r>
    </w:p>
    <w:p w14:paraId="41EBFE46" w14:textId="77777777" w:rsidR="00713028" w:rsidRDefault="00713028"/>
    <w:p w14:paraId="1586A750" w14:textId="77777777" w:rsidR="00713028" w:rsidRDefault="00C339DC">
      <w:r>
        <w:t>Op de ophaallocatie wordt een elektronische weging uitgevoerd (wij brengen een grote elektronische weegschaal mee), en de hoeveelheid in kilo’s wordt genoteerd in het proces-verbaal.</w:t>
      </w:r>
    </w:p>
    <w:p w14:paraId="69CD6068" w14:textId="77777777" w:rsidR="00713028" w:rsidRDefault="00713028"/>
    <w:p w14:paraId="06F86667" w14:textId="77777777" w:rsidR="00713028" w:rsidRDefault="00C339DC">
      <w:r>
        <w:t>Na het vaststellen van het exacte gewicht versturen wij de Factuur, zowel per e-mail als via het e-Factura-systeem.</w:t>
      </w:r>
    </w:p>
    <w:p w14:paraId="027D311F" w14:textId="77777777" w:rsidR="00713028" w:rsidRDefault="00713028"/>
    <w:p w14:paraId="17D2327A" w14:textId="77777777" w:rsidR="00713028" w:rsidRDefault="00C339DC">
      <w:r>
        <w:t>Na betaling starten wij met de vernietiging van uw documenten.</w:t>
      </w:r>
    </w:p>
    <w:p w14:paraId="75E73F59" w14:textId="77777777" w:rsidR="00713028" w:rsidRDefault="00713028"/>
    <w:p w14:paraId="43761FAF" w14:textId="77777777" w:rsidR="00713028" w:rsidRDefault="00C339DC">
      <w:r>
        <w:t>Voorafgaand aan de daadwerkelijke vernietiging worden documenten gescheiden van metalen onderdelen, plastic elementen en beschermhoezen, zodat het resulterende papierafval (cross-cut) vrij is van onzuiverheden.</w:t>
      </w:r>
    </w:p>
    <w:p w14:paraId="25AA5B36" w14:textId="77777777" w:rsidR="00713028" w:rsidRDefault="00C339DC">
      <w:r>
        <w:t>Het afval wordt kosteloos overgedragen aan erkende afvalverwerkingsbedrijven.</w:t>
      </w:r>
    </w:p>
    <w:p w14:paraId="1379E9E8" w14:textId="77777777" w:rsidR="00713028" w:rsidRDefault="00713028"/>
    <w:p w14:paraId="470F211A" w14:textId="77777777" w:rsidR="00713028" w:rsidRDefault="00C339DC">
      <w:r>
        <w:t>Na afronding van de vernietiging ontvangt u per e-mail het Certificaat van Vernietiging / Activiteitenrapport (uniform formulier).</w:t>
      </w:r>
    </w:p>
    <w:p w14:paraId="2A75C8A6" w14:textId="77777777" w:rsidR="00713028" w:rsidRDefault="00713028"/>
    <w:p w14:paraId="039F58DB" w14:textId="77777777" w:rsidR="00713028" w:rsidRDefault="00C339DC">
      <w:r>
        <w:lastRenderedPageBreak/>
        <w:t>Zoals vermeld in het offerteformulier is het tarief dynamisch: de prijs daalt naarmate de hoeveelheid documenten toeneemt.</w:t>
      </w:r>
    </w:p>
    <w:p w14:paraId="13208727" w14:textId="77777777" w:rsidR="00713028" w:rsidRDefault="00C339DC">
      <w:r>
        <w:t>Onze prijs omvat alle diensten na het aangaan van de overeenkomst:</w:t>
      </w:r>
    </w:p>
    <w:p w14:paraId="61EDA27B" w14:textId="77777777" w:rsidR="00713028" w:rsidRDefault="00713028"/>
    <w:p w14:paraId="747F352D" w14:textId="77777777" w:rsidR="00713028" w:rsidRDefault="00C339DC">
      <w:r>
        <w:t xml:space="preserve">- elektronische weging ter plaatse  </w:t>
      </w:r>
    </w:p>
    <w:p w14:paraId="4F280026" w14:textId="77777777" w:rsidR="00713028" w:rsidRDefault="00C339DC">
      <w:r>
        <w:t xml:space="preserve">- overdracht op basis van proces-verbaal  </w:t>
      </w:r>
    </w:p>
    <w:p w14:paraId="4C9A94EF" w14:textId="77777777" w:rsidR="00713028" w:rsidRDefault="00C339DC">
      <w:r>
        <w:t xml:space="preserve">- laden  </w:t>
      </w:r>
    </w:p>
    <w:p w14:paraId="61507A93" w14:textId="77777777" w:rsidR="00713028" w:rsidRDefault="00C339DC">
      <w:r>
        <w:t xml:space="preserve">- transport  </w:t>
      </w:r>
    </w:p>
    <w:p w14:paraId="677B4CDD" w14:textId="77777777" w:rsidR="00713028" w:rsidRDefault="00C339DC">
      <w:r>
        <w:t xml:space="preserve">- lossen  </w:t>
      </w:r>
    </w:p>
    <w:p w14:paraId="0040B6F8" w14:textId="77777777" w:rsidR="00713028" w:rsidRDefault="00C339DC">
      <w:r>
        <w:t xml:space="preserve">- voorbereiding op vernietiging  </w:t>
      </w:r>
    </w:p>
    <w:p w14:paraId="4DB80529" w14:textId="77777777" w:rsidR="00713028" w:rsidRDefault="00C339DC">
      <w:r>
        <w:t xml:space="preserve">- verwijderen van plastic  </w:t>
      </w:r>
    </w:p>
    <w:p w14:paraId="27AAD129" w14:textId="77777777" w:rsidR="00713028" w:rsidRDefault="00C339DC">
      <w:r>
        <w:t xml:space="preserve">- daadwerkelijke vernietiging  </w:t>
      </w:r>
    </w:p>
    <w:p w14:paraId="5F26DCE5" w14:textId="77777777" w:rsidR="00713028" w:rsidRDefault="00C339DC">
      <w:r>
        <w:t xml:space="preserve">- verpakken van afval  </w:t>
      </w:r>
    </w:p>
    <w:p w14:paraId="70F53693" w14:textId="77777777" w:rsidR="00713028" w:rsidRDefault="00C339DC">
      <w:r>
        <w:t xml:space="preserve">- kosteloze overdracht aan een erkende recycler  </w:t>
      </w:r>
    </w:p>
    <w:p w14:paraId="0A3B8923" w14:textId="77777777" w:rsidR="00713028" w:rsidRDefault="00C339DC">
      <w:r>
        <w:t xml:space="preserve">- overige aanverwante activiteiten  </w:t>
      </w:r>
    </w:p>
    <w:p w14:paraId="2908AE33" w14:textId="77777777" w:rsidR="00713028" w:rsidRDefault="00713028"/>
    <w:p w14:paraId="4D0FB3FE" w14:textId="77777777" w:rsidR="00713028" w:rsidRDefault="00C339DC">
      <w:r>
        <w:t>Wij hechten veel belang aan duurzaamheid en milieubescherming; al het afval wordt gerecycled en opnieuw in de economie gebracht.</w:t>
      </w:r>
    </w:p>
    <w:p w14:paraId="6E78EC77" w14:textId="77777777" w:rsidR="00713028" w:rsidRDefault="00713028"/>
    <w:p w14:paraId="30147F3A" w14:textId="77777777" w:rsidR="00713028" w:rsidRDefault="00C339DC">
      <w:r>
        <w:t>De circulaire economie is een productie- en consumptiemodel waarbij materialen en producten zo lang mogelijk worden gedeeld, hergebruikt, gerepareerd, vernieuwd en gerecycled, waardoor hun levenscyclus wordt verlengd en afval tot een minimum wordt beperkt.</w:t>
      </w:r>
    </w:p>
    <w:p w14:paraId="1D61A06D" w14:textId="77777777" w:rsidR="00713028" w:rsidRDefault="00713028"/>
    <w:p w14:paraId="45542C98" w14:textId="77777777" w:rsidR="00713028" w:rsidRDefault="00C339DC">
      <w:r>
        <w:t>Wanneer een product het einde van zijn levenscyclus bereikt, blijven de materialen in de economie dankzij recycling en kunnen ze herhaaldelijk worden gebruikt.</w:t>
      </w:r>
    </w:p>
    <w:p w14:paraId="493FA97F" w14:textId="77777777" w:rsidR="00713028" w:rsidRDefault="00713028"/>
    <w:p w14:paraId="2A5644A8" w14:textId="77777777" w:rsidR="00713028" w:rsidRDefault="00C339DC">
      <w:r>
        <w:t>Voor offerteaanvragen met betrekking tot veilige, onomkeerbare en vertrouwelijke vernietiging van documenten en archieven kunt u contact opnemen via:</w:t>
      </w:r>
    </w:p>
    <w:p w14:paraId="4A949A80" w14:textId="77777777" w:rsidR="00713028" w:rsidRDefault="00C339DC">
      <w:r>
        <w:lastRenderedPageBreak/>
        <w:t>office(@)distrugere(.)ro</w:t>
      </w:r>
    </w:p>
    <w:p w14:paraId="41F8068D" w14:textId="77777777" w:rsidR="00713028" w:rsidRDefault="00C339DC">
      <w:r>
        <w:t>Telefoon: 0767.966.595</w:t>
      </w:r>
    </w:p>
    <w:p w14:paraId="63203832" w14:textId="77777777" w:rsidR="00713028" w:rsidRPr="001D219F" w:rsidRDefault="00713028">
      <w:pPr>
        <w:rPr>
          <w:b/>
          <w:bCs/>
        </w:rPr>
      </w:pPr>
    </w:p>
    <w:p w14:paraId="6618C25C" w14:textId="77777777" w:rsidR="00713028" w:rsidRPr="001D219F" w:rsidRDefault="00C339DC">
      <w:pPr>
        <w:rPr>
          <w:b/>
          <w:bCs/>
        </w:rPr>
      </w:pPr>
      <w:r w:rsidRPr="001D219F">
        <w:rPr>
          <w:b/>
          <w:bCs/>
        </w:rPr>
        <w:t xml:space="preserve">Met vriendelijke groet,  </w:t>
      </w:r>
    </w:p>
    <w:p w14:paraId="5EE52859" w14:textId="77777777" w:rsidR="00713028" w:rsidRPr="001D219F" w:rsidRDefault="00C339DC">
      <w:pPr>
        <w:rPr>
          <w:b/>
          <w:bCs/>
        </w:rPr>
      </w:pPr>
      <w:r w:rsidRPr="001D219F">
        <w:rPr>
          <w:b/>
          <w:bCs/>
        </w:rPr>
        <w:t>Het team van Distrugere(.)ro</w:t>
      </w:r>
    </w:p>
    <w:p w14:paraId="1849D1E0" w14:textId="77777777" w:rsidR="00713028" w:rsidRDefault="00713028"/>
    <w:sectPr w:rsidR="0071302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1401997">
    <w:abstractNumId w:val="8"/>
  </w:num>
  <w:num w:numId="2" w16cid:durableId="1098670354">
    <w:abstractNumId w:val="6"/>
  </w:num>
  <w:num w:numId="3" w16cid:durableId="468518411">
    <w:abstractNumId w:val="5"/>
  </w:num>
  <w:num w:numId="4" w16cid:durableId="1316715956">
    <w:abstractNumId w:val="4"/>
  </w:num>
  <w:num w:numId="5" w16cid:durableId="981622684">
    <w:abstractNumId w:val="7"/>
  </w:num>
  <w:num w:numId="6" w16cid:durableId="514535809">
    <w:abstractNumId w:val="3"/>
  </w:num>
  <w:num w:numId="7" w16cid:durableId="1331519460">
    <w:abstractNumId w:val="2"/>
  </w:num>
  <w:num w:numId="8" w16cid:durableId="1097824162">
    <w:abstractNumId w:val="1"/>
  </w:num>
  <w:num w:numId="9" w16cid:durableId="842671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215A"/>
    <w:rsid w:val="001D219F"/>
    <w:rsid w:val="0029639D"/>
    <w:rsid w:val="00326F90"/>
    <w:rsid w:val="00474F4E"/>
    <w:rsid w:val="00713028"/>
    <w:rsid w:val="009D4DB6"/>
    <w:rsid w:val="00AA1D8D"/>
    <w:rsid w:val="00B47730"/>
    <w:rsid w:val="00B92CA8"/>
    <w:rsid w:val="00C339D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9DEE30"/>
  <w14:defaultImageDpi w14:val="300"/>
  <w15:docId w15:val="{A53F247B-FE3B-4949-BF5F-609A9B59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SICAP</cp:lastModifiedBy>
  <cp:revision>4</cp:revision>
  <dcterms:created xsi:type="dcterms:W3CDTF">2025-11-27T13:05:00Z</dcterms:created>
  <dcterms:modified xsi:type="dcterms:W3CDTF">2026-01-05T13:17:00Z</dcterms:modified>
  <cp:category/>
</cp:coreProperties>
</file>