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E9302" w14:textId="77777777" w:rsidR="00EE118D" w:rsidRPr="00C22BF2" w:rsidRDefault="00111DB0" w:rsidP="00C22BF2">
      <w:pPr>
        <w:jc w:val="center"/>
        <w:rPr>
          <w:b/>
          <w:bCs/>
          <w:color w:val="1F497D" w:themeColor="text2"/>
          <w:sz w:val="28"/>
          <w:szCs w:val="28"/>
        </w:rPr>
      </w:pPr>
      <w:r w:rsidRPr="00C22BF2">
        <w:rPr>
          <w:b/>
          <w:bCs/>
          <w:color w:val="1F497D" w:themeColor="text2"/>
          <w:sz w:val="28"/>
          <w:szCs w:val="28"/>
        </w:rPr>
        <w:t>RADNA PROCEDURA</w:t>
      </w:r>
    </w:p>
    <w:p w14:paraId="557AACA9" w14:textId="0A6D5653" w:rsidR="00EE118D" w:rsidRPr="00C22BF2" w:rsidRDefault="00111DB0" w:rsidP="00C22BF2">
      <w:pPr>
        <w:jc w:val="center"/>
        <w:rPr>
          <w:b/>
          <w:bCs/>
          <w:color w:val="1F497D" w:themeColor="text2"/>
          <w:sz w:val="28"/>
          <w:szCs w:val="28"/>
        </w:rPr>
      </w:pPr>
      <w:r w:rsidRPr="00C22BF2">
        <w:rPr>
          <w:b/>
          <w:bCs/>
          <w:color w:val="1F497D" w:themeColor="text2"/>
          <w:sz w:val="28"/>
          <w:szCs w:val="28"/>
        </w:rPr>
        <w:t>Ažuriranje: januar 202</w:t>
      </w:r>
      <w:r w:rsidR="0097652A">
        <w:rPr>
          <w:b/>
          <w:bCs/>
          <w:color w:val="1F497D" w:themeColor="text2"/>
          <w:sz w:val="28"/>
          <w:szCs w:val="28"/>
        </w:rPr>
        <w:t>6</w:t>
      </w:r>
      <w:r w:rsidRPr="00C22BF2">
        <w:rPr>
          <w:b/>
          <w:bCs/>
          <w:color w:val="1F497D" w:themeColor="text2"/>
          <w:sz w:val="28"/>
          <w:szCs w:val="28"/>
        </w:rPr>
        <w:t>.</w:t>
      </w:r>
    </w:p>
    <w:p w14:paraId="5E3EAFAD" w14:textId="77777777" w:rsidR="00EE118D" w:rsidRPr="00C22BF2" w:rsidRDefault="00EE118D" w:rsidP="00C22BF2">
      <w:pPr>
        <w:jc w:val="center"/>
        <w:rPr>
          <w:b/>
          <w:bCs/>
          <w:sz w:val="40"/>
          <w:szCs w:val="40"/>
        </w:rPr>
      </w:pPr>
    </w:p>
    <w:p w14:paraId="25E66959" w14:textId="77777777" w:rsidR="00EE118D" w:rsidRPr="00C22BF2" w:rsidRDefault="00111DB0" w:rsidP="00C22BF2">
      <w:pPr>
        <w:jc w:val="center"/>
        <w:rPr>
          <w:b/>
          <w:bCs/>
          <w:sz w:val="40"/>
          <w:szCs w:val="40"/>
        </w:rPr>
      </w:pPr>
      <w:r w:rsidRPr="00C22BF2">
        <w:rPr>
          <w:b/>
          <w:bCs/>
          <w:sz w:val="40"/>
          <w:szCs w:val="40"/>
        </w:rPr>
        <w:t>Uništavanje dokumenata</w:t>
      </w:r>
    </w:p>
    <w:p w14:paraId="13644B95" w14:textId="77777777" w:rsidR="00EE118D" w:rsidRPr="00C22BF2" w:rsidRDefault="00111DB0" w:rsidP="00C22BF2">
      <w:pPr>
        <w:jc w:val="center"/>
        <w:rPr>
          <w:b/>
          <w:bCs/>
          <w:sz w:val="28"/>
          <w:szCs w:val="28"/>
        </w:rPr>
      </w:pPr>
      <w:r w:rsidRPr="00C22BF2">
        <w:rPr>
          <w:b/>
          <w:bCs/>
          <w:sz w:val="28"/>
          <w:szCs w:val="28"/>
        </w:rPr>
        <w:t>Bezbedno uništavanje</w:t>
      </w:r>
    </w:p>
    <w:p w14:paraId="09B45B37" w14:textId="77777777" w:rsidR="00EE118D" w:rsidRPr="00C22BF2" w:rsidRDefault="00111DB0" w:rsidP="00C22BF2">
      <w:pPr>
        <w:jc w:val="center"/>
        <w:rPr>
          <w:b/>
          <w:bCs/>
          <w:sz w:val="28"/>
          <w:szCs w:val="28"/>
        </w:rPr>
      </w:pPr>
      <w:r w:rsidRPr="00C22BF2">
        <w:rPr>
          <w:b/>
          <w:bCs/>
          <w:sz w:val="28"/>
          <w:szCs w:val="28"/>
        </w:rPr>
        <w:t>Uništavanje zastarelih arhiva</w:t>
      </w:r>
    </w:p>
    <w:p w14:paraId="671BF66A" w14:textId="77777777" w:rsidR="00EE118D" w:rsidRDefault="00EE118D"/>
    <w:p w14:paraId="36C92B82" w14:textId="77777777" w:rsidR="00EE118D" w:rsidRDefault="00111DB0">
      <w:r>
        <w:t>Čestitamo vam na odluci da uklonite — putem bezbednog uništavanja — nepotrebna ili zastarela dokumenta.</w:t>
      </w:r>
    </w:p>
    <w:p w14:paraId="5E96DC63" w14:textId="77777777" w:rsidR="00EE118D" w:rsidRDefault="00EE118D"/>
    <w:p w14:paraId="5C91AAB7" w14:textId="77777777" w:rsidR="00EE118D" w:rsidRDefault="00111DB0">
      <w:r>
        <w:t>Za početak, potrebno je da pošaljete e‑mail na adresu office(@)distrugere(.)ro sa zahtevom za Ponudu.</w:t>
      </w:r>
    </w:p>
    <w:p w14:paraId="5B4F05C5" w14:textId="77777777" w:rsidR="00EE118D" w:rsidRDefault="00111DB0">
      <w:r>
        <w:t>Preporučuje se da navedete makar opštu lokaciju (grad/opština/kraј) i procenjenu količinu dokumenata u kilogramima koja treba da bude uništena.</w:t>
      </w:r>
    </w:p>
    <w:p w14:paraId="019D47DD" w14:textId="77777777" w:rsidR="00EE118D" w:rsidRDefault="00EE118D"/>
    <w:p w14:paraId="09DA8EFA" w14:textId="77777777" w:rsidR="00EE118D" w:rsidRDefault="00111DB0">
      <w:r>
        <w:t>Putem e‑maila dobićete: formular Ponude, model Ugovora o pružanju usluge uništavanja, model Zapisnika o primopredaji, kao i sve dodatne informacije koje zatražite.</w:t>
      </w:r>
    </w:p>
    <w:p w14:paraId="20ABCE50" w14:textId="77777777" w:rsidR="00EE118D" w:rsidRDefault="00EE118D"/>
    <w:p w14:paraId="7A168898" w14:textId="77777777" w:rsidR="00EE118D" w:rsidRDefault="00111DB0">
      <w:r>
        <w:t>Ako se slažete sa uslovima iz Ponude, molimo vas da nas kontaktirate — najbolje telefonom na 0767.966.595 — kako bismo precizirali tačnu lokaciju, datum i vreme preuzimanja dokumenata.</w:t>
      </w:r>
    </w:p>
    <w:p w14:paraId="4D833A3F" w14:textId="77777777" w:rsidR="00EE118D" w:rsidRDefault="00111DB0">
      <w:r>
        <w:t>Pre našeg dolaska potrebno je da nam dostavite vaš poreski broj (CUI/CIF) radi pripreme dokumentacije.</w:t>
      </w:r>
    </w:p>
    <w:p w14:paraId="3E5E7142" w14:textId="77777777" w:rsidR="00EE118D" w:rsidRDefault="00EE118D"/>
    <w:p w14:paraId="482BB9CF" w14:textId="77777777" w:rsidR="00EE118D" w:rsidRDefault="00111DB0">
      <w:r>
        <w:t>Ako je količina ili obim dokumenata značajan, biće potrebno da nam pošaljete nekoliko fotografija putem e‑maila ili WhatsApp‑a, ili da naš tim, ukoliko je neophodno, prethodno izađe na teren radi procene i optimizacije procesa preuzimanja.</w:t>
      </w:r>
    </w:p>
    <w:p w14:paraId="508402F4" w14:textId="77777777" w:rsidR="00EE118D" w:rsidRDefault="00EE118D"/>
    <w:p w14:paraId="737232CA" w14:textId="77777777" w:rsidR="00EE118D" w:rsidRPr="00C22BF2" w:rsidRDefault="00111DB0">
      <w:pPr>
        <w:rPr>
          <w:b/>
          <w:bCs/>
          <w:color w:val="EE0000"/>
        </w:rPr>
      </w:pPr>
      <w:r w:rsidRPr="00C22BF2">
        <w:rPr>
          <w:b/>
          <w:bCs/>
          <w:color w:val="EE0000"/>
        </w:rPr>
        <w:lastRenderedPageBreak/>
        <w:t>PAŽNJA! Proces uništavanja je NEPOVRATAN!</w:t>
      </w:r>
    </w:p>
    <w:p w14:paraId="7F135BA7" w14:textId="77777777" w:rsidR="00EE118D" w:rsidRDefault="00111DB0">
      <w:r>
        <w:t>Vodite računa o tome koja dokumenta predajete za bezbedno uništavanje, jer ona ne mogu biti vraćena u prvobitno stanje.</w:t>
      </w:r>
    </w:p>
    <w:p w14:paraId="24B001A4" w14:textId="77777777" w:rsidR="00EE118D" w:rsidRDefault="00EE118D"/>
    <w:p w14:paraId="0F3BC0AE" w14:textId="77777777" w:rsidR="00EE118D" w:rsidRDefault="00111DB0">
      <w:r>
        <w:t>Mi ne vršimo arhivsku obradu niti izdvajamo dokumenta iz vaše arhive — isključivo vi odlučujete koja dokumenta treba uništiti.</w:t>
      </w:r>
    </w:p>
    <w:p w14:paraId="025B8D5C" w14:textId="77777777" w:rsidR="00EE118D" w:rsidRDefault="00111DB0">
      <w:r>
        <w:t>Mi preuzimamo samo kilograme/tonе dokumentacije za uništavanje, a zapisnik odražava isključivo tu količinu.</w:t>
      </w:r>
    </w:p>
    <w:p w14:paraId="0D4AB41A" w14:textId="77777777" w:rsidR="00EE118D" w:rsidRDefault="00111DB0">
      <w:r>
        <w:t>Ako želite, možete priložiti spisak vrsta/kategorija dokumenata na poleđini zapisnika, ali sa naše strane → uništavamo količine dokumenata, ne njihov sadržaj. Za sadržaj odgovarate isključivo vi, kako je navedeno u Ugovoru o uslugama.</w:t>
      </w:r>
    </w:p>
    <w:p w14:paraId="05EC0D56" w14:textId="77777777" w:rsidR="00EE118D" w:rsidRDefault="00EE118D"/>
    <w:p w14:paraId="4BC85614" w14:textId="77777777" w:rsidR="00EE118D" w:rsidRDefault="00111DB0">
      <w:r>
        <w:t>Na mestu preuzimanja vrši se elektronsko merenje (mi donosimo vagu velikog kapaciteta) i ukupna količina u kilogramima unosi se u zapisnik o primopredaji.</w:t>
      </w:r>
    </w:p>
    <w:p w14:paraId="5F9B108A" w14:textId="77777777" w:rsidR="00EE118D" w:rsidRDefault="00EE118D"/>
    <w:p w14:paraId="5AD657D2" w14:textId="77777777" w:rsidR="00EE118D" w:rsidRDefault="00111DB0">
      <w:r>
        <w:t>Nakon utvrđivanja tačne količine za uništavanje, izdaje se Faktura, koja se šalje e‑mailom i kroz sistem e‑Faktura.</w:t>
      </w:r>
    </w:p>
    <w:p w14:paraId="6BF3FD63" w14:textId="77777777" w:rsidR="00EE118D" w:rsidRDefault="00EE118D"/>
    <w:p w14:paraId="0A4CA09A" w14:textId="77777777" w:rsidR="00EE118D" w:rsidRDefault="00111DB0">
      <w:r>
        <w:t>Nakon evidentirane uplate pristupamo uništavanju dokumenata.</w:t>
      </w:r>
    </w:p>
    <w:p w14:paraId="38B9DB22" w14:textId="77777777" w:rsidR="00EE118D" w:rsidRDefault="00EE118D"/>
    <w:p w14:paraId="4D18811D" w14:textId="77777777" w:rsidR="00EE118D" w:rsidRDefault="00111DB0">
      <w:r>
        <w:t>Pre samog procesa uništavanja dokumenta se odvajaju od metalnih delova, plastičnih elemenata i zaštitnih fascikli, kako bi nastali papirni otpad bio bez nečistoća.</w:t>
      </w:r>
    </w:p>
    <w:p w14:paraId="401E269A" w14:textId="77777777" w:rsidR="00EE118D" w:rsidRDefault="00111DB0">
      <w:r>
        <w:t>Otpad se predaje, besplatno, ovlašćenim firmama koje se bave upravljanjem otpadom.</w:t>
      </w:r>
    </w:p>
    <w:p w14:paraId="5FBBBF74" w14:textId="77777777" w:rsidR="00EE118D" w:rsidRDefault="00EE118D"/>
    <w:p w14:paraId="40ACB95B" w14:textId="77777777" w:rsidR="00EE118D" w:rsidRDefault="00111DB0">
      <w:r>
        <w:t>Po završetku uništavanja, e‑mailom se dostavlja Sertifikat o uništavanju / Izveštaj o izvršenim aktivnostima (jedinstveni obrazac).</w:t>
      </w:r>
    </w:p>
    <w:p w14:paraId="3D4FA755" w14:textId="77777777" w:rsidR="00EE118D" w:rsidRDefault="00EE118D"/>
    <w:p w14:paraId="33D34876" w14:textId="77777777" w:rsidR="00EE118D" w:rsidRDefault="00111DB0">
      <w:r>
        <w:t>Kao što stoji u formularu Ponude, cenovnik je dinamičan: cena se smanjuje kako raste količina dokumenata za uništavanje.</w:t>
      </w:r>
    </w:p>
    <w:p w14:paraId="4B8FB5E0" w14:textId="77777777" w:rsidR="00EE118D" w:rsidRDefault="00111DB0">
      <w:r>
        <w:t>Cena naših usluga obuhvata sve operacije nakon sklapanja ugovora:</w:t>
      </w:r>
    </w:p>
    <w:p w14:paraId="63413880" w14:textId="77777777" w:rsidR="00EE118D" w:rsidRDefault="00EE118D"/>
    <w:p w14:paraId="58217671" w14:textId="77777777" w:rsidR="00EE118D" w:rsidRDefault="00111DB0">
      <w:r>
        <w:t>- elektronsko merenje na licu mesta</w:t>
      </w:r>
    </w:p>
    <w:p w14:paraId="16C9B521" w14:textId="77777777" w:rsidR="00EE118D" w:rsidRDefault="00111DB0">
      <w:r>
        <w:t>- primopredaju zasnovanu na zapisniku</w:t>
      </w:r>
    </w:p>
    <w:p w14:paraId="533671ED" w14:textId="77777777" w:rsidR="00EE118D" w:rsidRDefault="00111DB0">
      <w:r>
        <w:t>- utovar</w:t>
      </w:r>
    </w:p>
    <w:p w14:paraId="6ABD811D" w14:textId="77777777" w:rsidR="00EE118D" w:rsidRDefault="00111DB0">
      <w:r>
        <w:t>- transport</w:t>
      </w:r>
    </w:p>
    <w:p w14:paraId="030F2495" w14:textId="77777777" w:rsidR="00EE118D" w:rsidRDefault="00111DB0">
      <w:r>
        <w:t>- istovar</w:t>
      </w:r>
    </w:p>
    <w:p w14:paraId="76FB22F2" w14:textId="77777777" w:rsidR="00EE118D" w:rsidRDefault="00111DB0">
      <w:r>
        <w:t>- pripremu za uništavanje</w:t>
      </w:r>
    </w:p>
    <w:p w14:paraId="1B788E50" w14:textId="77777777" w:rsidR="00EE118D" w:rsidRDefault="00111DB0">
      <w:r>
        <w:t>- uklanjanje plastike</w:t>
      </w:r>
    </w:p>
    <w:p w14:paraId="7AF848EF" w14:textId="77777777" w:rsidR="00EE118D" w:rsidRDefault="00111DB0">
      <w:r>
        <w:t>- samo uništavanje</w:t>
      </w:r>
    </w:p>
    <w:p w14:paraId="2212E9AB" w14:textId="77777777" w:rsidR="00EE118D" w:rsidRDefault="00111DB0">
      <w:r>
        <w:t>- pakovanje nastalog otpada</w:t>
      </w:r>
    </w:p>
    <w:p w14:paraId="4A9B0DE0" w14:textId="77777777" w:rsidR="00EE118D" w:rsidRDefault="00111DB0">
      <w:r>
        <w:t>- besplatnu predaju otpada ovlašćenom recikleru</w:t>
      </w:r>
    </w:p>
    <w:p w14:paraId="39703287" w14:textId="77777777" w:rsidR="00EE118D" w:rsidRDefault="00111DB0">
      <w:r>
        <w:t>- druge prateće aktivnosti</w:t>
      </w:r>
    </w:p>
    <w:p w14:paraId="204F2AF4" w14:textId="77777777" w:rsidR="00EE118D" w:rsidRDefault="00EE118D"/>
    <w:p w14:paraId="182F982D" w14:textId="77777777" w:rsidR="00EE118D" w:rsidRDefault="00111DB0">
      <w:r>
        <w:t>Posvećeni smo održivosti i zaštiti životne sredine; sav otpad nastao uništavanjem se reciklira i vraća u ekonomski tok.</w:t>
      </w:r>
    </w:p>
    <w:p w14:paraId="74EDBF66" w14:textId="77777777" w:rsidR="00EE118D" w:rsidRDefault="00EE118D"/>
    <w:p w14:paraId="5FD4B014" w14:textId="77777777" w:rsidR="00EE118D" w:rsidRDefault="00111DB0">
      <w:r>
        <w:t>Kružna ekonomija je model proizvodnje i potrošnje zasnovan na deljenju, ponovnoj upotrebi, popravci, obnovi i reciklaži materijala i proizvoda tokom što dužeg perioda, čime se produžava njihov životni vek i smanjuje količina otpada.</w:t>
      </w:r>
    </w:p>
    <w:p w14:paraId="7D73CB33" w14:textId="77777777" w:rsidR="00EE118D" w:rsidRDefault="00EE118D"/>
    <w:p w14:paraId="5E475EDC" w14:textId="77777777" w:rsidR="00EE118D" w:rsidRDefault="00111DB0">
      <w:r>
        <w:t>Kada proizvod dostigne kraj svog životnog ciklusa, materijali se zadržavaju u ekonomiji kroz reciklažu i mogu se više puta koristiti.</w:t>
      </w:r>
    </w:p>
    <w:p w14:paraId="730EF729" w14:textId="77777777" w:rsidR="00EE118D" w:rsidRDefault="00EE118D"/>
    <w:p w14:paraId="202CC68C" w14:textId="77777777" w:rsidR="00EE118D" w:rsidRDefault="00111DB0">
      <w:r>
        <w:t>Za zahteve za ponudu u vezi sa bezbednim, nepovratnim i poverljivim uništavanjem dokumenata i arhiva, kontaktirajte nas:</w:t>
      </w:r>
    </w:p>
    <w:p w14:paraId="70C9BD00" w14:textId="77777777" w:rsidR="00EE118D" w:rsidRDefault="00111DB0">
      <w:r>
        <w:t>office(@)distrugere(.)ro</w:t>
      </w:r>
    </w:p>
    <w:p w14:paraId="0664A888" w14:textId="77777777" w:rsidR="00EE118D" w:rsidRDefault="00111DB0">
      <w:r>
        <w:t>Telefon: 0767.966.595</w:t>
      </w:r>
    </w:p>
    <w:p w14:paraId="5EA222E0" w14:textId="77777777" w:rsidR="00EE118D" w:rsidRDefault="00EE118D"/>
    <w:p w14:paraId="0D20D16E" w14:textId="77777777" w:rsidR="00EE118D" w:rsidRPr="00C22BF2" w:rsidRDefault="00111DB0">
      <w:pPr>
        <w:rPr>
          <w:b/>
          <w:bCs/>
        </w:rPr>
      </w:pPr>
      <w:r w:rsidRPr="00C22BF2">
        <w:rPr>
          <w:b/>
          <w:bCs/>
        </w:rPr>
        <w:lastRenderedPageBreak/>
        <w:t>S poštovanjem,</w:t>
      </w:r>
    </w:p>
    <w:p w14:paraId="3F0F2B93" w14:textId="77777777" w:rsidR="00EE118D" w:rsidRPr="00C22BF2" w:rsidRDefault="00111DB0">
      <w:pPr>
        <w:rPr>
          <w:b/>
          <w:bCs/>
        </w:rPr>
      </w:pPr>
      <w:r w:rsidRPr="00C22BF2">
        <w:rPr>
          <w:b/>
          <w:bCs/>
        </w:rPr>
        <w:t>Tim Distrugere(.)ro</w:t>
      </w:r>
    </w:p>
    <w:p w14:paraId="44076C3C" w14:textId="77777777" w:rsidR="00EE118D" w:rsidRDefault="00EE118D"/>
    <w:sectPr w:rsidR="00EE118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25842077">
    <w:abstractNumId w:val="8"/>
  </w:num>
  <w:num w:numId="2" w16cid:durableId="227151419">
    <w:abstractNumId w:val="6"/>
  </w:num>
  <w:num w:numId="3" w16cid:durableId="43140576">
    <w:abstractNumId w:val="5"/>
  </w:num>
  <w:num w:numId="4" w16cid:durableId="2057661524">
    <w:abstractNumId w:val="4"/>
  </w:num>
  <w:num w:numId="5" w16cid:durableId="523599558">
    <w:abstractNumId w:val="7"/>
  </w:num>
  <w:num w:numId="6" w16cid:durableId="232473638">
    <w:abstractNumId w:val="3"/>
  </w:num>
  <w:num w:numId="7" w16cid:durableId="1662808491">
    <w:abstractNumId w:val="2"/>
  </w:num>
  <w:num w:numId="8" w16cid:durableId="1380089248">
    <w:abstractNumId w:val="1"/>
  </w:num>
  <w:num w:numId="9" w16cid:durableId="1697460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1DB0"/>
    <w:rsid w:val="0015074B"/>
    <w:rsid w:val="0029639D"/>
    <w:rsid w:val="002B7FA8"/>
    <w:rsid w:val="00326F90"/>
    <w:rsid w:val="00691CD0"/>
    <w:rsid w:val="008A7EC8"/>
    <w:rsid w:val="0097652A"/>
    <w:rsid w:val="00AA1D8D"/>
    <w:rsid w:val="00B47730"/>
    <w:rsid w:val="00C22BF2"/>
    <w:rsid w:val="00CB0664"/>
    <w:rsid w:val="00EE11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121389"/>
  <w14:defaultImageDpi w14:val="300"/>
  <w15:docId w15:val="{87A35432-7E75-4CB4-A7EB-029BD647C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SICAP</cp:lastModifiedBy>
  <cp:revision>4</cp:revision>
  <dcterms:created xsi:type="dcterms:W3CDTF">2025-11-27T12:58:00Z</dcterms:created>
  <dcterms:modified xsi:type="dcterms:W3CDTF">2026-01-05T13:33:00Z</dcterms:modified>
  <cp:category/>
</cp:coreProperties>
</file>