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1B11A" w14:textId="77777777" w:rsidR="00072AEF" w:rsidRPr="00E325C8" w:rsidRDefault="009C129F" w:rsidP="00E325C8">
      <w:pPr>
        <w:jc w:val="center"/>
        <w:rPr>
          <w:b/>
          <w:bCs/>
          <w:color w:val="1F497D" w:themeColor="text2"/>
          <w:sz w:val="28"/>
          <w:szCs w:val="28"/>
        </w:rPr>
      </w:pPr>
      <w:r w:rsidRPr="00E325C8">
        <w:rPr>
          <w:b/>
          <w:bCs/>
          <w:color w:val="1F497D" w:themeColor="text2"/>
          <w:sz w:val="28"/>
          <w:szCs w:val="28"/>
        </w:rPr>
        <w:t>РАБОТНА ПРОЦЕДУРА</w:t>
      </w:r>
    </w:p>
    <w:p w14:paraId="1E7401DF" w14:textId="17FB29ED" w:rsidR="00072AEF" w:rsidRPr="00E325C8" w:rsidRDefault="009C129F" w:rsidP="00E325C8">
      <w:pPr>
        <w:jc w:val="center"/>
        <w:rPr>
          <w:b/>
          <w:bCs/>
          <w:color w:val="1F497D" w:themeColor="text2"/>
          <w:sz w:val="28"/>
          <w:szCs w:val="28"/>
        </w:rPr>
      </w:pPr>
      <w:r w:rsidRPr="00E325C8">
        <w:rPr>
          <w:b/>
          <w:bCs/>
          <w:color w:val="1F497D" w:themeColor="text2"/>
          <w:sz w:val="28"/>
          <w:szCs w:val="28"/>
        </w:rPr>
        <w:t>Актуализация: януари 202</w:t>
      </w:r>
      <w:r w:rsidR="00D86AD5">
        <w:rPr>
          <w:b/>
          <w:bCs/>
          <w:color w:val="1F497D" w:themeColor="text2"/>
          <w:sz w:val="28"/>
          <w:szCs w:val="28"/>
        </w:rPr>
        <w:t>6</w:t>
      </w:r>
      <w:r w:rsidRPr="00E325C8">
        <w:rPr>
          <w:b/>
          <w:bCs/>
          <w:color w:val="1F497D" w:themeColor="text2"/>
          <w:sz w:val="28"/>
          <w:szCs w:val="28"/>
        </w:rPr>
        <w:t xml:space="preserve"> г.</w:t>
      </w:r>
    </w:p>
    <w:p w14:paraId="6378902A" w14:textId="77777777" w:rsidR="00072AEF" w:rsidRPr="00E325C8" w:rsidRDefault="00072AEF" w:rsidP="00E325C8">
      <w:pPr>
        <w:jc w:val="center"/>
        <w:rPr>
          <w:b/>
          <w:bCs/>
          <w:sz w:val="28"/>
          <w:szCs w:val="28"/>
        </w:rPr>
      </w:pPr>
    </w:p>
    <w:p w14:paraId="233F9864" w14:textId="77777777" w:rsidR="00072AEF" w:rsidRPr="00E325C8" w:rsidRDefault="009C129F" w:rsidP="00E325C8">
      <w:pPr>
        <w:jc w:val="center"/>
        <w:rPr>
          <w:b/>
          <w:bCs/>
          <w:sz w:val="40"/>
          <w:szCs w:val="40"/>
        </w:rPr>
      </w:pPr>
      <w:r w:rsidRPr="00E325C8">
        <w:rPr>
          <w:b/>
          <w:bCs/>
          <w:sz w:val="40"/>
          <w:szCs w:val="40"/>
        </w:rPr>
        <w:t>Унищожаване на документи</w:t>
      </w:r>
    </w:p>
    <w:p w14:paraId="59C5F4D7" w14:textId="77777777" w:rsidR="00072AEF" w:rsidRPr="00E325C8" w:rsidRDefault="009C129F" w:rsidP="00E325C8">
      <w:pPr>
        <w:jc w:val="center"/>
        <w:rPr>
          <w:b/>
          <w:bCs/>
          <w:sz w:val="28"/>
          <w:szCs w:val="28"/>
        </w:rPr>
      </w:pPr>
      <w:r w:rsidRPr="00E325C8">
        <w:rPr>
          <w:b/>
          <w:bCs/>
          <w:sz w:val="28"/>
          <w:szCs w:val="28"/>
        </w:rPr>
        <w:t>Сигурно унищожаване</w:t>
      </w:r>
    </w:p>
    <w:p w14:paraId="1A4EC502" w14:textId="77777777" w:rsidR="00072AEF" w:rsidRPr="00E325C8" w:rsidRDefault="009C129F" w:rsidP="00E325C8">
      <w:pPr>
        <w:jc w:val="center"/>
        <w:rPr>
          <w:b/>
          <w:bCs/>
          <w:sz w:val="28"/>
          <w:szCs w:val="28"/>
        </w:rPr>
      </w:pPr>
      <w:r w:rsidRPr="00E325C8">
        <w:rPr>
          <w:b/>
          <w:bCs/>
          <w:sz w:val="28"/>
          <w:szCs w:val="28"/>
        </w:rPr>
        <w:t>Унищожаване на изтекли архиви</w:t>
      </w:r>
    </w:p>
    <w:p w14:paraId="5AE89C97" w14:textId="77777777" w:rsidR="00072AEF" w:rsidRDefault="00072AEF"/>
    <w:p w14:paraId="28CC35E8" w14:textId="77777777" w:rsidR="00072AEF" w:rsidRDefault="009C129F">
      <w:r>
        <w:t>Поздравяваме Ви за решението да елиминирате — чрез сигурно унищожаване — ненужни или изтекли документи.</w:t>
      </w:r>
    </w:p>
    <w:p w14:paraId="3D3CD215" w14:textId="77777777" w:rsidR="00072AEF" w:rsidRDefault="00072AEF"/>
    <w:p w14:paraId="6154506F" w14:textId="77777777" w:rsidR="00072AEF" w:rsidRDefault="009C129F">
      <w:r>
        <w:t>За начало е необходимо да изпратите имейл на office(@)distrugere(.)ro с искане за Оферта.</w:t>
      </w:r>
    </w:p>
    <w:p w14:paraId="7A9EA63C" w14:textId="77777777" w:rsidR="00072AEF" w:rsidRDefault="009C129F">
      <w:r>
        <w:t>Препоръчително е да посочите поне общото местоположение (град/район/квартал) и приблизителното количество документи в килограми, които трябва да бъдат унищожени.</w:t>
      </w:r>
    </w:p>
    <w:p w14:paraId="335C4BED" w14:textId="77777777" w:rsidR="00072AEF" w:rsidRDefault="00072AEF"/>
    <w:p w14:paraId="76D98DF3" w14:textId="77777777" w:rsidR="00072AEF" w:rsidRDefault="009C129F">
      <w:r>
        <w:t>По имейл ще получите: формуляра за Оферта, образец на Договор за унищожаване на документи, образец на Протокол за предаване–приемане, както и всички допълнителни искани от Вас данни.</w:t>
      </w:r>
    </w:p>
    <w:p w14:paraId="13278EBA" w14:textId="77777777" w:rsidR="00072AEF" w:rsidRDefault="00072AEF"/>
    <w:p w14:paraId="6F9B3B53" w14:textId="77777777" w:rsidR="00072AEF" w:rsidRDefault="009C129F">
      <w:r>
        <w:t>Ако сте съгласни с условията в Офертата, молим да се свържете с нас — най-добре по телефон на 0767.966.595 — за да уточним точния адрес, дата и час за вземане на документите.</w:t>
      </w:r>
    </w:p>
    <w:p w14:paraId="313FE37A" w14:textId="77777777" w:rsidR="00072AEF" w:rsidRDefault="009C129F">
      <w:r>
        <w:t>Преди да пристигнем за вземане на архива, е необходимо да ни предоставите Вашия CUI/CIF (данъчен номер), за да подготвим необходимата документация.</w:t>
      </w:r>
    </w:p>
    <w:p w14:paraId="7B0690C4" w14:textId="77777777" w:rsidR="00072AEF" w:rsidRDefault="00072AEF"/>
    <w:p w14:paraId="45EC9A0D" w14:textId="77777777" w:rsidR="00072AEF" w:rsidRDefault="009C129F">
      <w:r>
        <w:t>Ако количеството документи е значително, ще бъде необходимо да ни изпратите няколко снимки по имейл или WhatsApp, или — при нужда — наш екип може да посети предварително мястото, за да оцени ситуацията и да оптимизира процеса на вземане.</w:t>
      </w:r>
    </w:p>
    <w:p w14:paraId="20DEBF77" w14:textId="77777777" w:rsidR="00072AEF" w:rsidRDefault="00072AEF"/>
    <w:p w14:paraId="1C63EA6F" w14:textId="77777777" w:rsidR="00072AEF" w:rsidRPr="00E325C8" w:rsidRDefault="009C129F">
      <w:pPr>
        <w:rPr>
          <w:b/>
          <w:bCs/>
          <w:color w:val="EE0000"/>
        </w:rPr>
      </w:pPr>
      <w:r w:rsidRPr="00E325C8">
        <w:rPr>
          <w:b/>
          <w:bCs/>
          <w:color w:val="EE0000"/>
        </w:rPr>
        <w:t>ВНИМАНИЕ! Процедурата по унищожаване е НЕОБРАТИМА!</w:t>
      </w:r>
    </w:p>
    <w:p w14:paraId="402572A0" w14:textId="77777777" w:rsidR="00072AEF" w:rsidRDefault="009C129F">
      <w:r>
        <w:t>Моля, преценете внимателно какви документи предавате за унищожаване, тъй като те не могат да бъдат възстановени.</w:t>
      </w:r>
    </w:p>
    <w:p w14:paraId="77AB36D8" w14:textId="77777777" w:rsidR="00072AEF" w:rsidRDefault="00072AEF"/>
    <w:p w14:paraId="7E63EAAF" w14:textId="77777777" w:rsidR="00072AEF" w:rsidRDefault="009C129F">
      <w:r>
        <w:t>Ние не извършваме архивна обработка и не изваждаме документи от Вашия архив — единствено Вие решавате кои документи да бъдат унищожени.</w:t>
      </w:r>
    </w:p>
    <w:p w14:paraId="5A2F4345" w14:textId="77777777" w:rsidR="00072AEF" w:rsidRDefault="009C129F">
      <w:r>
        <w:t>Ние приемаме само килограми/тонни документи за унищожаване, и протоколът отразява единствено това количество.</w:t>
      </w:r>
    </w:p>
    <w:p w14:paraId="6234861B" w14:textId="77777777" w:rsidR="00072AEF" w:rsidRDefault="009C129F">
      <w:r>
        <w:t>Ако желаете, можете да приложите на гърба на протокола списък с тип/категория на документите, но от наша гледна точка → унищожаваме количества документи, а не тяхното съдържание. Отговорността за съдържанието е изцяло Ваша, както е записано в Договора.</w:t>
      </w:r>
    </w:p>
    <w:p w14:paraId="1409A40F" w14:textId="77777777" w:rsidR="00072AEF" w:rsidRDefault="00072AEF"/>
    <w:p w14:paraId="50E79CA7" w14:textId="77777777" w:rsidR="00072AEF" w:rsidRDefault="009C129F">
      <w:r>
        <w:t>На мястото на вземане се извършва електронно претегляне (ние носим електронна везна с голям капацитет), а количеството в килограми се вписва в протокола за предаване–приемане.</w:t>
      </w:r>
    </w:p>
    <w:p w14:paraId="60719E43" w14:textId="77777777" w:rsidR="00072AEF" w:rsidRDefault="00072AEF"/>
    <w:p w14:paraId="01D16A41" w14:textId="77777777" w:rsidR="00072AEF" w:rsidRDefault="009C129F">
      <w:r>
        <w:t>След като знаем точното количество за унищожаване, издаваме Фактура, която се изпраща по имейл и чрез системата e-Factura.</w:t>
      </w:r>
    </w:p>
    <w:p w14:paraId="59E5E108" w14:textId="77777777" w:rsidR="00072AEF" w:rsidRDefault="00072AEF"/>
    <w:p w14:paraId="62F6CA32" w14:textId="77777777" w:rsidR="00072AEF" w:rsidRDefault="009C129F">
      <w:r>
        <w:t>След потвърждение на плащането започваме унищожаването на Вашите документи.</w:t>
      </w:r>
    </w:p>
    <w:p w14:paraId="30B7CC49" w14:textId="77777777" w:rsidR="00072AEF" w:rsidRDefault="00072AEF"/>
    <w:p w14:paraId="1624EA7C" w14:textId="77777777" w:rsidR="00072AEF" w:rsidRDefault="009C129F">
      <w:r>
        <w:t>Преди самото унищожаване документите се отделят от метални елементи, пластмасови части и защитни обвивки, за да бъдат получените хартиени отпадъци (тип cross-cut) без примеси.</w:t>
      </w:r>
    </w:p>
    <w:p w14:paraId="214441FC" w14:textId="77777777" w:rsidR="00072AEF" w:rsidRDefault="009C129F">
      <w:r>
        <w:t>Получените отпадъци се предават безвъзмездно на специализирани фирми за управление на отпадъци.</w:t>
      </w:r>
    </w:p>
    <w:p w14:paraId="52A41718" w14:textId="77777777" w:rsidR="00072AEF" w:rsidRDefault="00072AEF"/>
    <w:p w14:paraId="7C16D68C" w14:textId="77777777" w:rsidR="00072AEF" w:rsidRDefault="009C129F">
      <w:r>
        <w:t>След приключване на унищожаването ще Ви бъде изпратен по имейл Сертификат за унищожаване / Отчет за дейността (единен формуляр).</w:t>
      </w:r>
    </w:p>
    <w:p w14:paraId="1331A91B" w14:textId="77777777" w:rsidR="00072AEF" w:rsidRDefault="00072AEF"/>
    <w:p w14:paraId="7331282E" w14:textId="77777777" w:rsidR="00072AEF" w:rsidRDefault="009C129F">
      <w:r>
        <w:t>Както е посочено във формуляра за Оферта, тарифната скала е динамична: цената намалява с увеличаване на количеството документи.</w:t>
      </w:r>
    </w:p>
    <w:p w14:paraId="3FDF4F77" w14:textId="77777777" w:rsidR="00072AEF" w:rsidRDefault="009C129F">
      <w:r>
        <w:t>Цената включва всички операции след подписване на договора:</w:t>
      </w:r>
    </w:p>
    <w:p w14:paraId="74F871A7" w14:textId="77777777" w:rsidR="00072AEF" w:rsidRDefault="00072AEF"/>
    <w:p w14:paraId="7A2D034F" w14:textId="77777777" w:rsidR="00072AEF" w:rsidRDefault="009C129F">
      <w:r>
        <w:t>- електронно претегляне на място</w:t>
      </w:r>
    </w:p>
    <w:p w14:paraId="2BE4E06A" w14:textId="77777777" w:rsidR="00072AEF" w:rsidRDefault="009C129F">
      <w:r>
        <w:t>- предаване и отчитане чрез протокол</w:t>
      </w:r>
    </w:p>
    <w:p w14:paraId="06821FF2" w14:textId="77777777" w:rsidR="00072AEF" w:rsidRDefault="009C129F">
      <w:r>
        <w:t>- товарене</w:t>
      </w:r>
    </w:p>
    <w:p w14:paraId="49104DCC" w14:textId="77777777" w:rsidR="00072AEF" w:rsidRDefault="009C129F">
      <w:r>
        <w:t>- транспорт</w:t>
      </w:r>
    </w:p>
    <w:p w14:paraId="11855E82" w14:textId="77777777" w:rsidR="00072AEF" w:rsidRDefault="009C129F">
      <w:r>
        <w:t>- разтоварване</w:t>
      </w:r>
    </w:p>
    <w:p w14:paraId="44875B12" w14:textId="77777777" w:rsidR="00072AEF" w:rsidRDefault="009C129F">
      <w:r>
        <w:t>- подготовка за унищожаване</w:t>
      </w:r>
    </w:p>
    <w:p w14:paraId="17BDA413" w14:textId="77777777" w:rsidR="00072AEF" w:rsidRDefault="009C129F">
      <w:r>
        <w:t>- премахване на пластмаси</w:t>
      </w:r>
    </w:p>
    <w:p w14:paraId="614C1AE8" w14:textId="77777777" w:rsidR="00072AEF" w:rsidRDefault="009C129F">
      <w:r>
        <w:t>- същинско унищожаване</w:t>
      </w:r>
    </w:p>
    <w:p w14:paraId="3FB1245A" w14:textId="77777777" w:rsidR="00072AEF" w:rsidRDefault="009C129F">
      <w:r>
        <w:t>- пакетиране на отпадъците</w:t>
      </w:r>
    </w:p>
    <w:p w14:paraId="09CC6405" w14:textId="77777777" w:rsidR="00072AEF" w:rsidRDefault="009C129F">
      <w:r>
        <w:t>- безвъзмездно предаване на лицензиран рециклатор</w:t>
      </w:r>
    </w:p>
    <w:p w14:paraId="0125C6B2" w14:textId="77777777" w:rsidR="00072AEF" w:rsidRDefault="009C129F">
      <w:r>
        <w:t>- други свързани дейности</w:t>
      </w:r>
    </w:p>
    <w:p w14:paraId="21445AF4" w14:textId="77777777" w:rsidR="00072AEF" w:rsidRDefault="00072AEF"/>
    <w:p w14:paraId="566216A3" w14:textId="77777777" w:rsidR="00072AEF" w:rsidRDefault="009C129F">
      <w:r>
        <w:t>Ние сме силно ангажирани със устойчивостта и опазването на околната среда; всички отпадъци се рециклират и връщат в икономическия цикъл.</w:t>
      </w:r>
    </w:p>
    <w:p w14:paraId="0C0B41F3" w14:textId="77777777" w:rsidR="00072AEF" w:rsidRDefault="00072AEF"/>
    <w:p w14:paraId="26EDB117" w14:textId="77777777" w:rsidR="00072AEF" w:rsidRDefault="009C129F">
      <w:r>
        <w:t>Кръговата икономика е модел на производство и потребление, основан на споделяне, повторна употреба, ремонт, обновяване и рециклиране на материали и продукти за възможно най-дълъг период, с цел удължаване на жизнения им цикъл и минимизиране на отпадъците.</w:t>
      </w:r>
    </w:p>
    <w:p w14:paraId="07AF8079" w14:textId="77777777" w:rsidR="00072AEF" w:rsidRDefault="00072AEF"/>
    <w:p w14:paraId="72E04F83" w14:textId="77777777" w:rsidR="00072AEF" w:rsidRDefault="009C129F">
      <w:r>
        <w:t>Когато даден продукт достигне края на жизнения си цикъл, материалите му се запазват в икономиката чрез рециклиране и могат да бъдат използвани многократно.</w:t>
      </w:r>
    </w:p>
    <w:p w14:paraId="22573F37" w14:textId="77777777" w:rsidR="00072AEF" w:rsidRDefault="00072AEF"/>
    <w:p w14:paraId="0820E6BE" w14:textId="77777777" w:rsidR="00072AEF" w:rsidRDefault="009C129F">
      <w:r>
        <w:lastRenderedPageBreak/>
        <w:t>За заявки за оферта относно сигурно, необратимо и конфиденциално унищожаване на документи и архиви, свържете се с нас:</w:t>
      </w:r>
    </w:p>
    <w:p w14:paraId="7140BE9E" w14:textId="77777777" w:rsidR="00072AEF" w:rsidRDefault="009C129F">
      <w:r>
        <w:t>office(@)distrugere(.)ro</w:t>
      </w:r>
    </w:p>
    <w:p w14:paraId="5BDDAB0F" w14:textId="77777777" w:rsidR="00072AEF" w:rsidRDefault="009C129F">
      <w:r>
        <w:t>Телефон: 0767.966.595</w:t>
      </w:r>
    </w:p>
    <w:p w14:paraId="61F83B6F" w14:textId="77777777" w:rsidR="00072AEF" w:rsidRDefault="00072AEF"/>
    <w:p w14:paraId="0B0CFB20" w14:textId="77777777" w:rsidR="00072AEF" w:rsidRPr="00E325C8" w:rsidRDefault="009C129F">
      <w:pPr>
        <w:rPr>
          <w:b/>
          <w:bCs/>
        </w:rPr>
      </w:pPr>
      <w:r w:rsidRPr="00E325C8">
        <w:rPr>
          <w:b/>
          <w:bCs/>
        </w:rPr>
        <w:t>С уважение,</w:t>
      </w:r>
    </w:p>
    <w:p w14:paraId="0C0AC063" w14:textId="77777777" w:rsidR="00072AEF" w:rsidRPr="00E325C8" w:rsidRDefault="009C129F">
      <w:pPr>
        <w:rPr>
          <w:b/>
          <w:bCs/>
        </w:rPr>
      </w:pPr>
      <w:r w:rsidRPr="00E325C8">
        <w:rPr>
          <w:b/>
          <w:bCs/>
        </w:rPr>
        <w:t>Екипът на Distrugere(.)ro</w:t>
      </w:r>
    </w:p>
    <w:p w14:paraId="13834D91" w14:textId="77777777" w:rsidR="00072AEF" w:rsidRDefault="00072AEF"/>
    <w:sectPr w:rsidR="00072AE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2772303">
    <w:abstractNumId w:val="8"/>
  </w:num>
  <w:num w:numId="2" w16cid:durableId="1634868663">
    <w:abstractNumId w:val="6"/>
  </w:num>
  <w:num w:numId="3" w16cid:durableId="1691369195">
    <w:abstractNumId w:val="5"/>
  </w:num>
  <w:num w:numId="4" w16cid:durableId="400443089">
    <w:abstractNumId w:val="4"/>
  </w:num>
  <w:num w:numId="5" w16cid:durableId="473644201">
    <w:abstractNumId w:val="7"/>
  </w:num>
  <w:num w:numId="6" w16cid:durableId="1716850481">
    <w:abstractNumId w:val="3"/>
  </w:num>
  <w:num w:numId="7" w16cid:durableId="1345980302">
    <w:abstractNumId w:val="2"/>
  </w:num>
  <w:num w:numId="8" w16cid:durableId="473449211">
    <w:abstractNumId w:val="1"/>
  </w:num>
  <w:num w:numId="9" w16cid:durableId="653601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2AEF"/>
    <w:rsid w:val="0015074B"/>
    <w:rsid w:val="0029639D"/>
    <w:rsid w:val="00326F90"/>
    <w:rsid w:val="005C4A09"/>
    <w:rsid w:val="007757CA"/>
    <w:rsid w:val="009C129F"/>
    <w:rsid w:val="00AA1D8D"/>
    <w:rsid w:val="00B47730"/>
    <w:rsid w:val="00CB0664"/>
    <w:rsid w:val="00D7488E"/>
    <w:rsid w:val="00D86AD5"/>
    <w:rsid w:val="00E325C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3E003F"/>
  <w14:defaultImageDpi w14:val="300"/>
  <w15:docId w15:val="{BE70216D-C690-4A95-95C1-EF1BCDF58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SICAP</cp:lastModifiedBy>
  <cp:revision>4</cp:revision>
  <dcterms:created xsi:type="dcterms:W3CDTF">2025-11-27T12:57:00Z</dcterms:created>
  <dcterms:modified xsi:type="dcterms:W3CDTF">2026-01-05T13:33:00Z</dcterms:modified>
  <cp:category/>
</cp:coreProperties>
</file>