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A3B369" w14:textId="77777777" w:rsidR="00D05C9C" w:rsidRPr="002E7723" w:rsidRDefault="002D62FE" w:rsidP="002E7723">
      <w:pPr>
        <w:jc w:val="center"/>
        <w:rPr>
          <w:b/>
          <w:bCs/>
          <w:color w:val="1F497D" w:themeColor="text2"/>
          <w:sz w:val="28"/>
          <w:szCs w:val="28"/>
        </w:rPr>
      </w:pPr>
      <w:r w:rsidRPr="002E7723">
        <w:rPr>
          <w:b/>
          <w:bCs/>
          <w:color w:val="1F497D" w:themeColor="text2"/>
          <w:sz w:val="28"/>
          <w:szCs w:val="28"/>
        </w:rPr>
        <w:t>MUNKAFOLYAMAT</w:t>
      </w:r>
    </w:p>
    <w:p w14:paraId="3026BB8E" w14:textId="6AD1DB57" w:rsidR="00D05C9C" w:rsidRPr="002E7723" w:rsidRDefault="002D62FE" w:rsidP="002E7723">
      <w:pPr>
        <w:jc w:val="center"/>
        <w:rPr>
          <w:b/>
          <w:bCs/>
          <w:color w:val="1F497D" w:themeColor="text2"/>
          <w:sz w:val="28"/>
          <w:szCs w:val="28"/>
        </w:rPr>
      </w:pPr>
      <w:r w:rsidRPr="002E7723">
        <w:rPr>
          <w:b/>
          <w:bCs/>
          <w:color w:val="1F497D" w:themeColor="text2"/>
          <w:sz w:val="28"/>
          <w:szCs w:val="28"/>
        </w:rPr>
        <w:t>Frissítve: 202</w:t>
      </w:r>
      <w:r w:rsidR="00697764">
        <w:rPr>
          <w:b/>
          <w:bCs/>
          <w:color w:val="1F497D" w:themeColor="text2"/>
          <w:sz w:val="28"/>
          <w:szCs w:val="28"/>
        </w:rPr>
        <w:t>6</w:t>
      </w:r>
      <w:r w:rsidRPr="002E7723">
        <w:rPr>
          <w:b/>
          <w:bCs/>
          <w:color w:val="1F497D" w:themeColor="text2"/>
          <w:sz w:val="28"/>
          <w:szCs w:val="28"/>
        </w:rPr>
        <w:t xml:space="preserve"> január</w:t>
      </w:r>
    </w:p>
    <w:p w14:paraId="58F60C87" w14:textId="77777777" w:rsidR="00D05C9C" w:rsidRPr="002E7723" w:rsidRDefault="00D05C9C" w:rsidP="002E7723">
      <w:pPr>
        <w:jc w:val="center"/>
        <w:rPr>
          <w:b/>
          <w:bCs/>
          <w:sz w:val="28"/>
          <w:szCs w:val="28"/>
        </w:rPr>
      </w:pPr>
    </w:p>
    <w:p w14:paraId="724B7DFE" w14:textId="77777777" w:rsidR="00D05C9C" w:rsidRPr="002E7723" w:rsidRDefault="002D62FE" w:rsidP="002E7723">
      <w:pPr>
        <w:jc w:val="center"/>
        <w:rPr>
          <w:b/>
          <w:bCs/>
          <w:sz w:val="40"/>
          <w:szCs w:val="40"/>
        </w:rPr>
      </w:pPr>
      <w:r w:rsidRPr="002E7723">
        <w:rPr>
          <w:b/>
          <w:bCs/>
          <w:sz w:val="40"/>
          <w:szCs w:val="40"/>
        </w:rPr>
        <w:t>Dokumentumok megsemmisítése</w:t>
      </w:r>
    </w:p>
    <w:p w14:paraId="552D6924" w14:textId="77777777" w:rsidR="00D05C9C" w:rsidRPr="002E7723" w:rsidRDefault="002D62FE" w:rsidP="002E7723">
      <w:pPr>
        <w:jc w:val="center"/>
        <w:rPr>
          <w:b/>
          <w:bCs/>
          <w:sz w:val="28"/>
          <w:szCs w:val="28"/>
        </w:rPr>
      </w:pPr>
      <w:r w:rsidRPr="002E7723">
        <w:rPr>
          <w:b/>
          <w:bCs/>
          <w:sz w:val="28"/>
          <w:szCs w:val="28"/>
        </w:rPr>
        <w:t>Biztonságos megsemmisítés</w:t>
      </w:r>
    </w:p>
    <w:p w14:paraId="4A276B43" w14:textId="77777777" w:rsidR="00D05C9C" w:rsidRPr="002E7723" w:rsidRDefault="002D62FE" w:rsidP="002E7723">
      <w:pPr>
        <w:jc w:val="center"/>
        <w:rPr>
          <w:b/>
          <w:bCs/>
          <w:sz w:val="28"/>
          <w:szCs w:val="28"/>
        </w:rPr>
      </w:pPr>
      <w:r w:rsidRPr="002E7723">
        <w:rPr>
          <w:b/>
          <w:bCs/>
          <w:sz w:val="28"/>
          <w:szCs w:val="28"/>
        </w:rPr>
        <w:t>Lejárt iratok megsemmisítése</w:t>
      </w:r>
    </w:p>
    <w:p w14:paraId="654AB35E" w14:textId="77777777" w:rsidR="00D05C9C" w:rsidRDefault="00D05C9C"/>
    <w:p w14:paraId="7DD008AB" w14:textId="77777777" w:rsidR="00D05C9C" w:rsidRDefault="002D62FE">
      <w:r>
        <w:t>Gratulálunk ahhoz a döntéséhez, hogy a fölösleges vagy lejárt dokumentumokat biztonságos megsemmisítéssel kívánja eltávolítani.</w:t>
      </w:r>
    </w:p>
    <w:p w14:paraId="30E97B10" w14:textId="77777777" w:rsidR="00D05C9C" w:rsidRDefault="00D05C9C"/>
    <w:p w14:paraId="0822E0DE" w14:textId="77777777" w:rsidR="00D05C9C" w:rsidRDefault="002D62FE">
      <w:r>
        <w:t>Első lépésként kérjük, küldjön e-mailt a office(@)distrugere(.)ro címre ajánlatkérés céljából.</w:t>
      </w:r>
    </w:p>
    <w:p w14:paraId="3D196623" w14:textId="77777777" w:rsidR="00D05C9C" w:rsidRDefault="002D62FE">
      <w:r>
        <w:t>Javasolt megadni legalább az általános helyszínt (város/kerület/környék), valamint a megsemmisítendő dokumentumok becsült mennyiségét kilogrammban.</w:t>
      </w:r>
    </w:p>
    <w:p w14:paraId="12701D1E" w14:textId="77777777" w:rsidR="00D05C9C" w:rsidRDefault="00D05C9C"/>
    <w:p w14:paraId="7219B78D" w14:textId="77777777" w:rsidR="00D05C9C" w:rsidRDefault="002D62FE">
      <w:r>
        <w:t>E-mailben meg fogja kapni: az Ajánlati űrlapot, a Megsemmisítési szolgáltatási szerződés mintáját, az Átvételi–átadási jegyzőkönyv mintáját, valamint minden további kért információt.</w:t>
      </w:r>
    </w:p>
    <w:p w14:paraId="5FA38A24" w14:textId="77777777" w:rsidR="00D05C9C" w:rsidRDefault="00D05C9C"/>
    <w:p w14:paraId="1FF772E7" w14:textId="77777777" w:rsidR="00D05C9C" w:rsidRDefault="002D62FE">
      <w:r>
        <w:t>Amennyiben elfogadja az Ajánlat feltételeit, kérjük, vegye fel velünk a kapcsolatot — lehetőleg telefonon, a 0767.966.595 számon — hogy pontosan egyeztethessük a dokumentumok átvételének helyét, dátumát és időpontját.</w:t>
      </w:r>
    </w:p>
    <w:p w14:paraId="72FFCA00" w14:textId="77777777" w:rsidR="00D05C9C" w:rsidRDefault="002D62FE">
      <w:r>
        <w:t>Az átvétel előtt szükséges megadnia az adószámát (CUI/CIF), hogy előkészíthessük a szükséges dokumentumokat.</w:t>
      </w:r>
    </w:p>
    <w:p w14:paraId="59F56A25" w14:textId="77777777" w:rsidR="00D05C9C" w:rsidRDefault="00D05C9C"/>
    <w:p w14:paraId="36F5E8EE" w14:textId="77777777" w:rsidR="00D05C9C" w:rsidRDefault="002D62FE">
      <w:r>
        <w:t>Amennyiben a megsemmisítendő dokumentumok mennyisége vagy térfogata jelentős, kérhetjük több fénykép elküldését e-mailben vagy WhatsAppon, illetve szükség esetén csapatunk előzetesen felméri a helyszínt, hogy optimalizálhassuk az elszállítás folyamatát.</w:t>
      </w:r>
    </w:p>
    <w:p w14:paraId="12F5C3FC" w14:textId="77777777" w:rsidR="00D05C9C" w:rsidRDefault="00D05C9C"/>
    <w:p w14:paraId="796C65FF" w14:textId="77777777" w:rsidR="00D05C9C" w:rsidRPr="002E7723" w:rsidRDefault="002D62FE">
      <w:pPr>
        <w:rPr>
          <w:b/>
          <w:bCs/>
          <w:color w:val="EE0000"/>
        </w:rPr>
      </w:pPr>
      <w:r w:rsidRPr="002E7723">
        <w:rPr>
          <w:b/>
          <w:bCs/>
          <w:color w:val="EE0000"/>
        </w:rPr>
        <w:lastRenderedPageBreak/>
        <w:t>FIGYELEM! A megsemmisítési folyamat VISSZAFORDÍTHATATLAN!</w:t>
      </w:r>
    </w:p>
    <w:p w14:paraId="4E91E477" w14:textId="77777777" w:rsidR="00D05C9C" w:rsidRDefault="002D62FE">
      <w:r>
        <w:t>Kérjük, körültekintően válassza ki, mely dokumentumokat ad át megsemmisítésre, mivel ezek később már nem állíthatók helyre.</w:t>
      </w:r>
    </w:p>
    <w:p w14:paraId="4DF69ABF" w14:textId="77777777" w:rsidR="00D05C9C" w:rsidRDefault="00D05C9C"/>
    <w:p w14:paraId="089B7259" w14:textId="77777777" w:rsidR="00D05C9C" w:rsidRDefault="002D62FE">
      <w:r>
        <w:t>Nem végzünk iratrendezést, archiválási munkát és nem válogatjuk ki az iratokat az ön archívumából — kizárólag Ön dönt arról, mely dokumentumok kerüljenek megsemmisítésre.</w:t>
      </w:r>
    </w:p>
    <w:p w14:paraId="4E7E7575" w14:textId="77777777" w:rsidR="00D05C9C" w:rsidRDefault="002D62FE">
      <w:r>
        <w:t>Mi kizárólag kilogramm/tonna mennyiségű dokumentumot veszünk át, és a jegyzőkönyv is csak ezt rögzíti.</w:t>
      </w:r>
    </w:p>
    <w:p w14:paraId="646CDB06" w14:textId="77777777" w:rsidR="00D05C9C" w:rsidRDefault="002D62FE">
      <w:r>
        <w:t>Ha szükséges, a jegyzőkönyv hátoldalára mellékelhet egy listát a dokumentumtípusokról, de a mi szempontunkból → dokumentummennyiséget semmisítünk meg, nem a tartalmukat. A dokumentumok tartalmáért kizárólag Ön felel, ahogyan azt a Szolgáltatási szerződés is rögzíti.</w:t>
      </w:r>
    </w:p>
    <w:p w14:paraId="3F1B66FF" w14:textId="77777777" w:rsidR="00D05C9C" w:rsidRDefault="00D05C9C"/>
    <w:p w14:paraId="194B1B1B" w14:textId="77777777" w:rsidR="00D05C9C" w:rsidRDefault="002D62FE">
      <w:r>
        <w:t>A helyszínen elektronikus mérlegeléssel határozzuk meg a súlyt (nagy kapacitású mérleget viszünk), és a kilogrammban mért mennyiséget az átvételi–átadási jegyzőkönyv tartalmazza.</w:t>
      </w:r>
    </w:p>
    <w:p w14:paraId="715BA5CF" w14:textId="77777777" w:rsidR="00D05C9C" w:rsidRDefault="00D05C9C"/>
    <w:p w14:paraId="63F4EF95" w14:textId="77777777" w:rsidR="00D05C9C" w:rsidRDefault="002D62FE">
      <w:r>
        <w:t>Miután ismert a pontos mennyiség, kiállítjuk a Számlát, amelyet e-mailben és az e-Factura rendszeren keresztül küldünk el.</w:t>
      </w:r>
    </w:p>
    <w:p w14:paraId="46980ADC" w14:textId="77777777" w:rsidR="00D05C9C" w:rsidRDefault="00D05C9C"/>
    <w:p w14:paraId="51E56AB2" w14:textId="77777777" w:rsidR="00D05C9C" w:rsidRDefault="002D62FE">
      <w:r>
        <w:t>A számla kiegyenlítése után megkezdjük a dokumentumok megsemmisítését.</w:t>
      </w:r>
    </w:p>
    <w:p w14:paraId="693B0128" w14:textId="77777777" w:rsidR="00D05C9C" w:rsidRDefault="00D05C9C"/>
    <w:p w14:paraId="17A85B36" w14:textId="77777777" w:rsidR="00D05C9C" w:rsidRDefault="002D62FE">
      <w:r>
        <w:t>A megsemmisítés előtt a dokumentumokról eltávolítjuk a fém elemeket, műanyagokat, védőfóliákat, hogy a keletkező papírhulladék (cross-cut aprítás) ne tartalmazzon szennyeződéseket.</w:t>
      </w:r>
    </w:p>
    <w:p w14:paraId="30BFEDE0" w14:textId="77777777" w:rsidR="00D05C9C" w:rsidRDefault="002D62FE">
      <w:r>
        <w:t>A megsemmisítésből származó hulladékot díjmentesen adjuk át engedélyezett hulladékkezelő cégeknek.</w:t>
      </w:r>
    </w:p>
    <w:p w14:paraId="4E157A3F" w14:textId="77777777" w:rsidR="00D05C9C" w:rsidRDefault="00D05C9C"/>
    <w:p w14:paraId="28FFB4DB" w14:textId="77777777" w:rsidR="00D05C9C" w:rsidRDefault="002D62FE">
      <w:r>
        <w:t>A megsemmisítés befejezése után e-mailben elküldjük Önnek a Megsemmisítési tanúsítványt / Tevékenységi jelentést (egységes formanyomtatvány).</w:t>
      </w:r>
    </w:p>
    <w:p w14:paraId="74C9F399" w14:textId="77777777" w:rsidR="00D05C9C" w:rsidRDefault="00D05C9C"/>
    <w:p w14:paraId="02931DB6" w14:textId="77777777" w:rsidR="00D05C9C" w:rsidRDefault="002D62FE">
      <w:r>
        <w:lastRenderedPageBreak/>
        <w:t>Az Ajánlati űrlapban láthatja, hogy az árképzés dinamikus: nagyobb mennyiség esetén alacsonyabb az egységár.</w:t>
      </w:r>
    </w:p>
    <w:p w14:paraId="60E77C99" w14:textId="77777777" w:rsidR="00D05C9C" w:rsidRDefault="002D62FE">
      <w:r>
        <w:t>A szolgáltatás díja tartalmaz minden folyamatot a szerződés megkötését követően:</w:t>
      </w:r>
    </w:p>
    <w:p w14:paraId="2BA3DD3E" w14:textId="77777777" w:rsidR="00D05C9C" w:rsidRDefault="00D05C9C"/>
    <w:p w14:paraId="486B4DF8" w14:textId="77777777" w:rsidR="00D05C9C" w:rsidRDefault="002D62FE">
      <w:r>
        <w:t xml:space="preserve">- helyszíni elektronikus mérlegelés  </w:t>
      </w:r>
    </w:p>
    <w:p w14:paraId="579AF0A5" w14:textId="77777777" w:rsidR="00D05C9C" w:rsidRDefault="002D62FE">
      <w:r>
        <w:t xml:space="preserve">- átvétel jegyzőkönyv alapján  </w:t>
      </w:r>
    </w:p>
    <w:p w14:paraId="6E0EC3B4" w14:textId="77777777" w:rsidR="00D05C9C" w:rsidRDefault="002D62FE">
      <w:r>
        <w:t xml:space="preserve">- rakodás  </w:t>
      </w:r>
    </w:p>
    <w:p w14:paraId="4776C175" w14:textId="77777777" w:rsidR="00D05C9C" w:rsidRDefault="002D62FE">
      <w:r>
        <w:t xml:space="preserve">- szállítás  </w:t>
      </w:r>
    </w:p>
    <w:p w14:paraId="31E88317" w14:textId="77777777" w:rsidR="00D05C9C" w:rsidRDefault="002D62FE">
      <w:r>
        <w:t xml:space="preserve">- lerakodás  </w:t>
      </w:r>
    </w:p>
    <w:p w14:paraId="3FF9DE2D" w14:textId="77777777" w:rsidR="00D05C9C" w:rsidRDefault="002D62FE">
      <w:r>
        <w:t xml:space="preserve">- előkészítés a megsemmisítésre  </w:t>
      </w:r>
    </w:p>
    <w:p w14:paraId="6FCD2F80" w14:textId="77777777" w:rsidR="00D05C9C" w:rsidRDefault="002D62FE">
      <w:r>
        <w:t xml:space="preserve">- műanyagok eltávolítása  </w:t>
      </w:r>
    </w:p>
    <w:p w14:paraId="2DA42275" w14:textId="77777777" w:rsidR="00D05C9C" w:rsidRDefault="002D62FE">
      <w:r>
        <w:t xml:space="preserve">- tényleges megsemmisítés  </w:t>
      </w:r>
    </w:p>
    <w:p w14:paraId="0CCABE25" w14:textId="77777777" w:rsidR="00D05C9C" w:rsidRDefault="002D62FE">
      <w:r>
        <w:t xml:space="preserve">- hulladéktasakolás  </w:t>
      </w:r>
    </w:p>
    <w:p w14:paraId="58ED4A89" w14:textId="77777777" w:rsidR="00D05C9C" w:rsidRDefault="002D62FE">
      <w:r>
        <w:t xml:space="preserve">- hulladék átadása engedélyezett újrahasznosítónak (díjmentesen)  </w:t>
      </w:r>
    </w:p>
    <w:p w14:paraId="22515358" w14:textId="77777777" w:rsidR="00D05C9C" w:rsidRDefault="002D62FE">
      <w:r>
        <w:t xml:space="preserve">- egyéb kapcsolódó feladatok  </w:t>
      </w:r>
    </w:p>
    <w:p w14:paraId="24F72E30" w14:textId="77777777" w:rsidR="00D05C9C" w:rsidRDefault="00D05C9C"/>
    <w:p w14:paraId="39B3AB66" w14:textId="77777777" w:rsidR="00D05C9C" w:rsidRDefault="002D62FE">
      <w:r>
        <w:t>Elkötelezettek vagyunk a fenntarthatóság és a környezet védelme iránt; a keletkező hulladék teljes egészében újrahasznosításra kerül és visszakerül a gazdasági körforgásba.</w:t>
      </w:r>
    </w:p>
    <w:p w14:paraId="3CC3383A" w14:textId="77777777" w:rsidR="00D05C9C" w:rsidRDefault="00D05C9C"/>
    <w:p w14:paraId="2850F08C" w14:textId="77777777" w:rsidR="00D05C9C" w:rsidRDefault="002D62FE">
      <w:r>
        <w:t>A körforgásos gazdaság olyan termelési és fogyasztási modell, amely a lehető leghosszabb ideig történő újrahasználatra, felújításra, javításra és újrahasznosításra épül, ezzel meghosszabbítva a termékek életciklusát és minimálisra csökkentve a hulladék mennyiségét.</w:t>
      </w:r>
    </w:p>
    <w:p w14:paraId="4428FEC7" w14:textId="77777777" w:rsidR="00D05C9C" w:rsidRDefault="00D05C9C"/>
    <w:p w14:paraId="73C302EA" w14:textId="77777777" w:rsidR="00D05C9C" w:rsidRDefault="002D62FE">
      <w:r>
        <w:t>Amikor egy termék eléri életciklusa végét, az alapanyagok újrahasznosítás révén továbbra is a gazdaságban maradnak, és többször felhasználhatók.</w:t>
      </w:r>
    </w:p>
    <w:p w14:paraId="1B53B70F" w14:textId="77777777" w:rsidR="00D05C9C" w:rsidRDefault="00D05C9C"/>
    <w:p w14:paraId="75A26B39" w14:textId="77777777" w:rsidR="00D05C9C" w:rsidRDefault="002D62FE">
      <w:r>
        <w:t>Ajánlatkérések biztonságos, visszafordíthatatlan és bizalmas dokumentum- és archívum-megsemmisítésre az alábbi elérhetőségeken:</w:t>
      </w:r>
    </w:p>
    <w:p w14:paraId="72F8736C" w14:textId="77777777" w:rsidR="00D05C9C" w:rsidRDefault="002D62FE">
      <w:r>
        <w:lastRenderedPageBreak/>
        <w:t>office(@)distrugere(.)ro</w:t>
      </w:r>
    </w:p>
    <w:p w14:paraId="4070F10B" w14:textId="77777777" w:rsidR="00D05C9C" w:rsidRDefault="002D62FE">
      <w:r>
        <w:t>Telefon: 0767.966.595</w:t>
      </w:r>
    </w:p>
    <w:p w14:paraId="47DC01BF" w14:textId="77777777" w:rsidR="00D05C9C" w:rsidRPr="002E7723" w:rsidRDefault="00D05C9C">
      <w:pPr>
        <w:rPr>
          <w:b/>
          <w:bCs/>
        </w:rPr>
      </w:pPr>
    </w:p>
    <w:p w14:paraId="5E3BD28E" w14:textId="77777777" w:rsidR="00D05C9C" w:rsidRPr="002E7723" w:rsidRDefault="002D62FE">
      <w:pPr>
        <w:rPr>
          <w:b/>
          <w:bCs/>
        </w:rPr>
      </w:pPr>
      <w:r w:rsidRPr="002E7723">
        <w:rPr>
          <w:b/>
          <w:bCs/>
        </w:rPr>
        <w:t>Tisztelettel,</w:t>
      </w:r>
    </w:p>
    <w:p w14:paraId="38096714" w14:textId="77777777" w:rsidR="00D05C9C" w:rsidRPr="002E7723" w:rsidRDefault="002D62FE">
      <w:pPr>
        <w:rPr>
          <w:b/>
          <w:bCs/>
        </w:rPr>
      </w:pPr>
      <w:r w:rsidRPr="002E7723">
        <w:rPr>
          <w:b/>
          <w:bCs/>
        </w:rPr>
        <w:t>A Distrugere(.)ro csapata</w:t>
      </w:r>
    </w:p>
    <w:p w14:paraId="5BC44DC5" w14:textId="77777777" w:rsidR="00D05C9C" w:rsidRDefault="00D05C9C"/>
    <w:sectPr w:rsidR="00D05C9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31506082">
    <w:abstractNumId w:val="8"/>
  </w:num>
  <w:num w:numId="2" w16cid:durableId="1936673431">
    <w:abstractNumId w:val="6"/>
  </w:num>
  <w:num w:numId="3" w16cid:durableId="110976084">
    <w:abstractNumId w:val="5"/>
  </w:num>
  <w:num w:numId="4" w16cid:durableId="1047528415">
    <w:abstractNumId w:val="4"/>
  </w:num>
  <w:num w:numId="5" w16cid:durableId="1113479617">
    <w:abstractNumId w:val="7"/>
  </w:num>
  <w:num w:numId="6" w16cid:durableId="1021052013">
    <w:abstractNumId w:val="3"/>
  </w:num>
  <w:num w:numId="7" w16cid:durableId="1756978775">
    <w:abstractNumId w:val="2"/>
  </w:num>
  <w:num w:numId="8" w16cid:durableId="832642160">
    <w:abstractNumId w:val="1"/>
  </w:num>
  <w:num w:numId="9" w16cid:durableId="3296010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D62FE"/>
    <w:rsid w:val="002E7723"/>
    <w:rsid w:val="00326F90"/>
    <w:rsid w:val="00697764"/>
    <w:rsid w:val="00804AF4"/>
    <w:rsid w:val="00AA1D8D"/>
    <w:rsid w:val="00AC63BB"/>
    <w:rsid w:val="00B47730"/>
    <w:rsid w:val="00BE786B"/>
    <w:rsid w:val="00CB0664"/>
    <w:rsid w:val="00D05C9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2E34C57"/>
  <w14:defaultImageDpi w14:val="300"/>
  <w15:docId w15:val="{71F9ED0C-1B1B-4345-B1C8-1D4422D63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612</Words>
  <Characters>3490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SICAP</cp:lastModifiedBy>
  <cp:revision>4</cp:revision>
  <dcterms:created xsi:type="dcterms:W3CDTF">2025-11-27T13:00:00Z</dcterms:created>
  <dcterms:modified xsi:type="dcterms:W3CDTF">2026-01-05T13:32:00Z</dcterms:modified>
  <cp:category/>
</cp:coreProperties>
</file>