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0467C" w14:textId="77777777" w:rsidR="008061D1" w:rsidRPr="00395FC9" w:rsidRDefault="00366E38" w:rsidP="00395FC9">
      <w:pPr>
        <w:jc w:val="center"/>
        <w:rPr>
          <w:b/>
          <w:bCs/>
          <w:color w:val="1F497D" w:themeColor="text2"/>
          <w:sz w:val="28"/>
          <w:szCs w:val="28"/>
        </w:rPr>
      </w:pPr>
      <w:r w:rsidRPr="00395FC9">
        <w:rPr>
          <w:b/>
          <w:bCs/>
          <w:color w:val="1F497D" w:themeColor="text2"/>
          <w:sz w:val="28"/>
          <w:szCs w:val="28"/>
        </w:rPr>
        <w:t>ΔΙΑΔΙΚΑΣΙΑ ΕΡΓΑΣΙΑΣ</w:t>
      </w:r>
    </w:p>
    <w:p w14:paraId="116CE3A2" w14:textId="7D9F49FC" w:rsidR="008061D1" w:rsidRPr="00395FC9" w:rsidRDefault="00366E38" w:rsidP="00395FC9">
      <w:pPr>
        <w:jc w:val="center"/>
        <w:rPr>
          <w:b/>
          <w:bCs/>
          <w:color w:val="1F497D" w:themeColor="text2"/>
          <w:sz w:val="28"/>
          <w:szCs w:val="28"/>
        </w:rPr>
      </w:pPr>
      <w:r w:rsidRPr="00395FC9">
        <w:rPr>
          <w:b/>
          <w:bCs/>
          <w:color w:val="1F497D" w:themeColor="text2"/>
          <w:sz w:val="28"/>
          <w:szCs w:val="28"/>
        </w:rPr>
        <w:t>Ενημέρωση: Ιανουάριος 202</w:t>
      </w:r>
      <w:r w:rsidR="005D41CF">
        <w:rPr>
          <w:b/>
          <w:bCs/>
          <w:color w:val="1F497D" w:themeColor="text2"/>
          <w:sz w:val="28"/>
          <w:szCs w:val="28"/>
        </w:rPr>
        <w:t>6</w:t>
      </w:r>
    </w:p>
    <w:p w14:paraId="19657680" w14:textId="77777777" w:rsidR="008061D1" w:rsidRPr="00395FC9" w:rsidRDefault="008061D1" w:rsidP="00395FC9">
      <w:pPr>
        <w:jc w:val="center"/>
        <w:rPr>
          <w:b/>
          <w:bCs/>
          <w:sz w:val="28"/>
          <w:szCs w:val="28"/>
        </w:rPr>
      </w:pPr>
    </w:p>
    <w:p w14:paraId="647FCC43" w14:textId="77777777" w:rsidR="008061D1" w:rsidRPr="00395FC9" w:rsidRDefault="00366E38" w:rsidP="00395FC9">
      <w:pPr>
        <w:jc w:val="center"/>
        <w:rPr>
          <w:b/>
          <w:bCs/>
          <w:sz w:val="40"/>
          <w:szCs w:val="40"/>
        </w:rPr>
      </w:pPr>
      <w:r w:rsidRPr="00395FC9">
        <w:rPr>
          <w:b/>
          <w:bCs/>
          <w:sz w:val="40"/>
          <w:szCs w:val="40"/>
        </w:rPr>
        <w:t>Καταστροφή εγγράφων</w:t>
      </w:r>
    </w:p>
    <w:p w14:paraId="15CC1649" w14:textId="77777777" w:rsidR="008061D1" w:rsidRPr="00395FC9" w:rsidRDefault="00366E38" w:rsidP="00395FC9">
      <w:pPr>
        <w:jc w:val="center"/>
        <w:rPr>
          <w:b/>
          <w:bCs/>
          <w:sz w:val="28"/>
          <w:szCs w:val="28"/>
        </w:rPr>
      </w:pPr>
      <w:r w:rsidRPr="00395FC9">
        <w:rPr>
          <w:b/>
          <w:bCs/>
          <w:sz w:val="28"/>
          <w:szCs w:val="28"/>
        </w:rPr>
        <w:t>Ασφαλής καταστροφή</w:t>
      </w:r>
    </w:p>
    <w:p w14:paraId="517FB03B" w14:textId="77777777" w:rsidR="008061D1" w:rsidRPr="00395FC9" w:rsidRDefault="00366E38" w:rsidP="00395FC9">
      <w:pPr>
        <w:jc w:val="center"/>
        <w:rPr>
          <w:b/>
          <w:bCs/>
          <w:sz w:val="28"/>
          <w:szCs w:val="28"/>
        </w:rPr>
      </w:pPr>
      <w:r w:rsidRPr="00395FC9">
        <w:rPr>
          <w:b/>
          <w:bCs/>
          <w:sz w:val="28"/>
          <w:szCs w:val="28"/>
        </w:rPr>
        <w:t>Καταστροφή ληγμένων αρχείων</w:t>
      </w:r>
    </w:p>
    <w:p w14:paraId="2A98ACBD" w14:textId="77777777" w:rsidR="008061D1" w:rsidRDefault="008061D1"/>
    <w:p w14:paraId="3E279851" w14:textId="77777777" w:rsidR="008061D1" w:rsidRDefault="00366E38">
      <w:r>
        <w:t>Συγχαρητήρια για την απόφασή σας να απομακρύνετε — μέσω ασφαλούς καταστροφής — περιττά ή ληγμένα έγγραφα.</w:t>
      </w:r>
    </w:p>
    <w:p w14:paraId="100B241C" w14:textId="77777777" w:rsidR="008061D1" w:rsidRDefault="008061D1"/>
    <w:p w14:paraId="167500FE" w14:textId="77777777" w:rsidR="008061D1" w:rsidRDefault="00366E38">
      <w:r>
        <w:t>Για να ξεκινήσετε, παρακαλούμε στείλτε ένα email στη διεύθυνση office(@)distrugere(.)ro προκειμένου να ζητήσετε μια Προσφορά.</w:t>
      </w:r>
    </w:p>
    <w:p w14:paraId="21B3DA4E" w14:textId="77777777" w:rsidR="008061D1" w:rsidRDefault="00366E38">
      <w:r>
        <w:t>Συνιστάται να αναφέρετε τουλάχιστον τη γενική τοποθεσία (πόλη/περιοχή/γειτονιά) καθώς και την εκτιμώμενη ποσότητα εγγράφων σε κιλά προς καταστροφή.</w:t>
      </w:r>
    </w:p>
    <w:p w14:paraId="0BCAA780" w14:textId="77777777" w:rsidR="008061D1" w:rsidRDefault="008061D1"/>
    <w:p w14:paraId="78887FB6" w14:textId="77777777" w:rsidR="008061D1" w:rsidRDefault="00366E38">
      <w:r>
        <w:t>Θα λάβετε μέσω email: το έντυπο Προσφοράς, το υπόδειγμα της Σύμβασης Παροχής Υπηρεσιών Καταστροφής Εγγράφων, το υπόδειγμα Πρωτοκόλλου Παράδοσης–Παραλαβής και οποιεσδήποτε άλλες πληροφορίες χρειάζεστε.</w:t>
      </w:r>
    </w:p>
    <w:p w14:paraId="27985B62" w14:textId="77777777" w:rsidR="008061D1" w:rsidRDefault="008061D1"/>
    <w:p w14:paraId="1AF69898" w14:textId="77777777" w:rsidR="008061D1" w:rsidRDefault="00366E38">
      <w:r>
        <w:t>Εάν συμφωνείτε με τους όρους της Προσφοράς, παρακαλούμε επικοινωνήστε μαζί μας — ιδανικά τηλεφωνικά στο 0767.966.595 — ώστε να καθοριστεί η ακριβής τοποθεσία, ημερομηνία και ώρα παραλαβής των εγγράφων.</w:t>
      </w:r>
    </w:p>
    <w:p w14:paraId="0148B878" w14:textId="77777777" w:rsidR="008061D1" w:rsidRDefault="00366E38">
      <w:r>
        <w:t>Πριν από την άφιξή μας, είναι απαραίτητο να μας παράσχετε τον φορολογικό σας αριθμό (CUI/CIF) ώστε να μπορέσουμε να προετοιμάσουμε τα απαιτούμενα έγγραφα.</w:t>
      </w:r>
    </w:p>
    <w:p w14:paraId="5DD97E60" w14:textId="77777777" w:rsidR="008061D1" w:rsidRDefault="008061D1"/>
    <w:p w14:paraId="7BD21E36" w14:textId="77777777" w:rsidR="008061D1" w:rsidRDefault="00366E38">
      <w:r>
        <w:t>Εάν η ποσότητα ή ο όγκος των εγγράφων είναι σημαντικός, θα ζητήσουμε να μας στείλετε με email ή WhatsApp μερικές φωτογραφίες. Εάν χρειαστεί, η ομάδα μας μπορεί να επισκεφθεί εκ των προτέρων τον χώρο σας για αξιολόγηση και βελτιστοποίηση της διαδικασίας παραλαβής.</w:t>
      </w:r>
    </w:p>
    <w:p w14:paraId="46DDF427" w14:textId="77777777" w:rsidR="008061D1" w:rsidRDefault="008061D1"/>
    <w:p w14:paraId="4BEC63CB" w14:textId="77777777" w:rsidR="008061D1" w:rsidRPr="00395FC9" w:rsidRDefault="00366E38">
      <w:pPr>
        <w:rPr>
          <w:b/>
          <w:bCs/>
          <w:color w:val="EE0000"/>
        </w:rPr>
      </w:pPr>
      <w:r w:rsidRPr="00395FC9">
        <w:rPr>
          <w:b/>
          <w:bCs/>
          <w:color w:val="EE0000"/>
        </w:rPr>
        <w:t>ΠΡΟΣΟΧΗ! Η διαδικασία καταστροφής είναι ΑΝΕΠΙΣΤΡΕΠΤΗ!</w:t>
      </w:r>
    </w:p>
    <w:p w14:paraId="46BD449A" w14:textId="77777777" w:rsidR="008061D1" w:rsidRDefault="00366E38">
      <w:r>
        <w:t>Ελέγξτε προσεκτικά ποια έγγραφα παραδίδετε για ασφαλή καταστροφή, καθώς δεν μπορούν να αποκατασταθούν.</w:t>
      </w:r>
    </w:p>
    <w:p w14:paraId="65FDAA53" w14:textId="77777777" w:rsidR="008061D1" w:rsidRDefault="008061D1"/>
    <w:p w14:paraId="4F7C1EF3" w14:textId="77777777" w:rsidR="008061D1" w:rsidRDefault="00366E38">
      <w:r>
        <w:t>Δεν πραγματοποιούμε αρχειακή επεξεργασία ούτε επιλέγουμε έγγραφα από το αρχείο σας — μόνο εσείς αποφασίζετε ποια έγγραφα θα καταστραφούν.</w:t>
      </w:r>
    </w:p>
    <w:p w14:paraId="67BC2039" w14:textId="77777777" w:rsidR="008061D1" w:rsidRDefault="00366E38">
      <w:r>
        <w:t>Παραλαμβάνουμε αποκλειστικά κιλά/τόνους εγγράφων προς καταστροφή, και το πρωτόκολλο καταγράφει μόνο την ποσότητα αυτή.</w:t>
      </w:r>
    </w:p>
    <w:p w14:paraId="372D23A4" w14:textId="77777777" w:rsidR="008061D1" w:rsidRDefault="00366E38">
      <w:r>
        <w:t>Εάν το επιθυμείτε, μπορείτε να επισυνάψετε στο πίσω μέρος του πρωτοκόλλου έναν κατάλογο τύπων/κατηγοριών εγγράφων, αλλά από τη δική μας πλευρά → καταστρέφουμε ποσότητες εγγράφων, όχι το περιεχόμενό τους. Η ευθύνη για το περιεχόμενο ανήκει αποκλειστικά σε εσάς, όπως ορίζεται στη Σύμβαση Παροχής Υπηρεσιών.</w:t>
      </w:r>
    </w:p>
    <w:p w14:paraId="59BD2ADC" w14:textId="77777777" w:rsidR="008061D1" w:rsidRDefault="008061D1"/>
    <w:p w14:paraId="4922236C" w14:textId="77777777" w:rsidR="008061D1" w:rsidRDefault="00366E38">
      <w:r>
        <w:t>Στο σημείο παραλαβής πραγματοποιείται ηλεκτρονική ζύγιση (φέρνουμε μαζί μας ζυγαριά υψηλής χωρητικότητας) και τα κιλά καταγράφονται στο πρωτόκολλο παράδοσης–παραλαβής.</w:t>
      </w:r>
    </w:p>
    <w:p w14:paraId="3DB5B67C" w14:textId="77777777" w:rsidR="008061D1" w:rsidRDefault="008061D1"/>
    <w:p w14:paraId="7F267B20" w14:textId="77777777" w:rsidR="008061D1" w:rsidRDefault="00366E38">
      <w:r>
        <w:t>Αφού προσδιοριστεί το ακριβές βάρος, εκδίδεται το Τιμολόγιο, το οποίο αποστέλλεται μέσω email και μέσω του συστήματος e-Factura.</w:t>
      </w:r>
    </w:p>
    <w:p w14:paraId="024E70CA" w14:textId="77777777" w:rsidR="008061D1" w:rsidRDefault="008061D1"/>
    <w:p w14:paraId="1649BA18" w14:textId="77777777" w:rsidR="008061D1" w:rsidRDefault="00366E38">
      <w:r>
        <w:t>Μετά την καταχώρηση της πληρωμής ξεκινά η διαδικασία καταστροφής των εγγράφων σας.</w:t>
      </w:r>
    </w:p>
    <w:p w14:paraId="2574F3DA" w14:textId="77777777" w:rsidR="008061D1" w:rsidRDefault="008061D1"/>
    <w:p w14:paraId="12BBC778" w14:textId="77777777" w:rsidR="008061D1" w:rsidRDefault="00366E38">
      <w:r>
        <w:t>Πριν από την τελική καταστροφή, τα έγγραφα απομακρύνονται από μεταλλικά μέρη, πλαστικά στοιχεία και προστατευτικά καλύμματα, ώστε τα παραγόμενα χαρτοτεμάχια (cross-cut) να είναι καθαρά από ξένα υλικά.</w:t>
      </w:r>
    </w:p>
    <w:p w14:paraId="48DFEED4" w14:textId="77777777" w:rsidR="008061D1" w:rsidRDefault="00366E38">
      <w:r>
        <w:t>Τα παραγόμενα απόβλητα παραδίδονται δωρεάν σε αδειοδοτημένες εταιρείες διαχείρισης αποβλήτων.</w:t>
      </w:r>
    </w:p>
    <w:p w14:paraId="51DA299C" w14:textId="77777777" w:rsidR="008061D1" w:rsidRDefault="008061D1"/>
    <w:p w14:paraId="397B2368" w14:textId="77777777" w:rsidR="008061D1" w:rsidRDefault="00366E38">
      <w:r>
        <w:t>Με την ολοκλήρωση της καταστροφής, θα λάβετε μέσω email το Πιστοποιητικό Καταστροφής / Έκθεση Δραστηριότητας (ενιαίο έντυπο).</w:t>
      </w:r>
    </w:p>
    <w:p w14:paraId="440A2F89" w14:textId="77777777" w:rsidR="008061D1" w:rsidRDefault="008061D1"/>
    <w:p w14:paraId="55CE840B" w14:textId="77777777" w:rsidR="008061D1" w:rsidRDefault="00366E38">
      <w:r>
        <w:t>Όπως αναφέρεται στο έντυπο Προσφοράς, η τιμολογιακή δομή είναι δυναμική: η τιμή μειώνεται όσο αυξάνεται η ποσότητα των εγγράφων προς καταστροφή.</w:t>
      </w:r>
    </w:p>
    <w:p w14:paraId="6EAC7BB3" w14:textId="77777777" w:rsidR="008061D1" w:rsidRDefault="00366E38">
      <w:r>
        <w:t>Η τιμή περιλαμβάνει όλες τις εργασίες μετά την υπογραφή της σύμβασης:</w:t>
      </w:r>
    </w:p>
    <w:p w14:paraId="6A127CD5" w14:textId="77777777" w:rsidR="008061D1" w:rsidRDefault="008061D1"/>
    <w:p w14:paraId="624BEC7D" w14:textId="77777777" w:rsidR="008061D1" w:rsidRDefault="00366E38">
      <w:r>
        <w:t xml:space="preserve">- ηλεκτρονική ζύγιση στον χώρο σας  </w:t>
      </w:r>
    </w:p>
    <w:p w14:paraId="15BC73F2" w14:textId="77777777" w:rsidR="008061D1" w:rsidRDefault="00366E38">
      <w:r>
        <w:t xml:space="preserve">- παράδοση–παραλαβή σύμφωνα με το πρωτόκολλο  </w:t>
      </w:r>
    </w:p>
    <w:p w14:paraId="79B8BA0A" w14:textId="77777777" w:rsidR="008061D1" w:rsidRDefault="00366E38">
      <w:r>
        <w:t xml:space="preserve">- φόρτωση  </w:t>
      </w:r>
    </w:p>
    <w:p w14:paraId="3EC61B80" w14:textId="77777777" w:rsidR="008061D1" w:rsidRDefault="00366E38">
      <w:r>
        <w:t xml:space="preserve">- μεταφορά  </w:t>
      </w:r>
    </w:p>
    <w:p w14:paraId="5119DFBB" w14:textId="77777777" w:rsidR="008061D1" w:rsidRDefault="00366E38">
      <w:r>
        <w:t xml:space="preserve">- εκφόρτωση  </w:t>
      </w:r>
    </w:p>
    <w:p w14:paraId="68A8E7CA" w14:textId="77777777" w:rsidR="008061D1" w:rsidRDefault="00366E38">
      <w:r>
        <w:t xml:space="preserve">- προετοιμασία για καταστροφή  </w:t>
      </w:r>
    </w:p>
    <w:p w14:paraId="32D12EF0" w14:textId="77777777" w:rsidR="008061D1" w:rsidRDefault="00366E38">
      <w:r>
        <w:t xml:space="preserve">- απομάκρυνση πλαστικών  </w:t>
      </w:r>
    </w:p>
    <w:p w14:paraId="1E027F03" w14:textId="77777777" w:rsidR="008061D1" w:rsidRDefault="00366E38">
      <w:r>
        <w:t xml:space="preserve">- τελική καταστροφή  </w:t>
      </w:r>
    </w:p>
    <w:p w14:paraId="60CF570D" w14:textId="77777777" w:rsidR="008061D1" w:rsidRDefault="00366E38">
      <w:r>
        <w:t xml:space="preserve">- συσκευασία των αποβλήτων  </w:t>
      </w:r>
    </w:p>
    <w:p w14:paraId="0D4B7A13" w14:textId="77777777" w:rsidR="008061D1" w:rsidRDefault="00366E38">
      <w:r>
        <w:t xml:space="preserve">- δωρεάν παράδοση αποβλήτων σε αδειοδοτημένο ανακυκλωτή  </w:t>
      </w:r>
    </w:p>
    <w:p w14:paraId="2396D10B" w14:textId="77777777" w:rsidR="008061D1" w:rsidRDefault="00366E38">
      <w:r>
        <w:t xml:space="preserve">- λοιπές σχετικές διαδικασίες  </w:t>
      </w:r>
    </w:p>
    <w:p w14:paraId="6BDE57EE" w14:textId="77777777" w:rsidR="008061D1" w:rsidRDefault="008061D1"/>
    <w:p w14:paraId="4BE0237F" w14:textId="77777777" w:rsidR="008061D1" w:rsidRDefault="00366E38">
      <w:r>
        <w:t>Δεσμευόμαστε για τη βιωσιμότητα και την προστασία του περιβάλλοντος — όλα τα απόβλητα ανακυκλώνονται και επανεισάγονται στον οικονομικό κύκλο.</w:t>
      </w:r>
    </w:p>
    <w:p w14:paraId="70BE9779" w14:textId="77777777" w:rsidR="008061D1" w:rsidRDefault="008061D1"/>
    <w:p w14:paraId="5AC60314" w14:textId="77777777" w:rsidR="008061D1" w:rsidRDefault="00366E38">
      <w:r>
        <w:t>Η κυκλική οικονομία είναι ένα μοντέλο παραγωγής και κατανάλωσης που βασίζεται στην κοινή χρήση, επαναχρησιμοποίηση, επισκευή, ανακαίνιση και ανακύκλωση υλικών και προϊόντων όσο το δυνατόν περισσότερο, επεκτείνοντας έτσι τον κύκλο ζωής τους και ελαχιστοποιώντας τα απόβλητα.</w:t>
      </w:r>
    </w:p>
    <w:p w14:paraId="7970F57F" w14:textId="77777777" w:rsidR="008061D1" w:rsidRDefault="008061D1"/>
    <w:p w14:paraId="7D87042A" w14:textId="77777777" w:rsidR="008061D1" w:rsidRDefault="00366E38">
      <w:r>
        <w:t>Όταν ένα προϊόν φτάσει στο τέλος της ζωής του, τα υλικά του παραμένουν στην οικονομία μέσω της ανακύκλωσης και μπορούν να χρησιμοποιηθούν ξανά και ξανά.</w:t>
      </w:r>
    </w:p>
    <w:p w14:paraId="3FB7C95A" w14:textId="77777777" w:rsidR="008061D1" w:rsidRDefault="008061D1"/>
    <w:p w14:paraId="08B4528C" w14:textId="77777777" w:rsidR="008061D1" w:rsidRDefault="00366E38">
      <w:r>
        <w:lastRenderedPageBreak/>
        <w:t>Για αιτήματα προσφοράς σχετικά με ασφαλή, μη αναστρέψιμη και εμπιστευτική καταστροφή εγγράφων και αρχείων, επικοινωνήστε μαζί μας:</w:t>
      </w:r>
    </w:p>
    <w:p w14:paraId="08CF77F7" w14:textId="77777777" w:rsidR="008061D1" w:rsidRDefault="00366E38">
      <w:r>
        <w:t xml:space="preserve">office(@)distrugere(.)ro  </w:t>
      </w:r>
    </w:p>
    <w:p w14:paraId="1A39ED90" w14:textId="77777777" w:rsidR="008061D1" w:rsidRDefault="00366E38">
      <w:r>
        <w:t>Τηλέφωνο: 0767.966.595</w:t>
      </w:r>
    </w:p>
    <w:p w14:paraId="3B5B74F2" w14:textId="77777777" w:rsidR="008061D1" w:rsidRDefault="008061D1"/>
    <w:p w14:paraId="3EA23444" w14:textId="77777777" w:rsidR="008061D1" w:rsidRPr="00395FC9" w:rsidRDefault="00366E38">
      <w:pPr>
        <w:rPr>
          <w:b/>
          <w:bCs/>
        </w:rPr>
      </w:pPr>
      <w:r w:rsidRPr="00395FC9">
        <w:rPr>
          <w:b/>
          <w:bCs/>
        </w:rPr>
        <w:t xml:space="preserve">Με εκτίμηση,  </w:t>
      </w:r>
    </w:p>
    <w:p w14:paraId="6FBBF210" w14:textId="77777777" w:rsidR="008061D1" w:rsidRPr="00395FC9" w:rsidRDefault="00366E38">
      <w:pPr>
        <w:rPr>
          <w:b/>
          <w:bCs/>
        </w:rPr>
      </w:pPr>
      <w:r w:rsidRPr="00395FC9">
        <w:rPr>
          <w:b/>
          <w:bCs/>
        </w:rPr>
        <w:t>Η ομάδα της Distrugere(.)ro</w:t>
      </w:r>
    </w:p>
    <w:p w14:paraId="18423618" w14:textId="77777777" w:rsidR="008061D1" w:rsidRDefault="008061D1"/>
    <w:sectPr w:rsidR="008061D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0312773">
    <w:abstractNumId w:val="8"/>
  </w:num>
  <w:num w:numId="2" w16cid:durableId="258486595">
    <w:abstractNumId w:val="6"/>
  </w:num>
  <w:num w:numId="3" w16cid:durableId="2090076946">
    <w:abstractNumId w:val="5"/>
  </w:num>
  <w:num w:numId="4" w16cid:durableId="823355746">
    <w:abstractNumId w:val="4"/>
  </w:num>
  <w:num w:numId="5" w16cid:durableId="26682674">
    <w:abstractNumId w:val="7"/>
  </w:num>
  <w:num w:numId="6" w16cid:durableId="1760329401">
    <w:abstractNumId w:val="3"/>
  </w:num>
  <w:num w:numId="7" w16cid:durableId="821772181">
    <w:abstractNumId w:val="2"/>
  </w:num>
  <w:num w:numId="8" w16cid:durableId="595600161">
    <w:abstractNumId w:val="1"/>
  </w:num>
  <w:num w:numId="9" w16cid:durableId="1057358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B5C"/>
    <w:rsid w:val="0015074B"/>
    <w:rsid w:val="0029639D"/>
    <w:rsid w:val="00306093"/>
    <w:rsid w:val="00326F90"/>
    <w:rsid w:val="00366E38"/>
    <w:rsid w:val="00395FC9"/>
    <w:rsid w:val="00426DEC"/>
    <w:rsid w:val="005D41CF"/>
    <w:rsid w:val="008061D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12787F"/>
  <w14:defaultImageDpi w14:val="300"/>
  <w15:docId w15:val="{9CC177E7-406A-4248-8D6D-398904A2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SICAP</cp:lastModifiedBy>
  <cp:revision>4</cp:revision>
  <dcterms:created xsi:type="dcterms:W3CDTF">2025-11-27T13:21:00Z</dcterms:created>
  <dcterms:modified xsi:type="dcterms:W3CDTF">2026-01-05T13:33:00Z</dcterms:modified>
  <cp:category/>
</cp:coreProperties>
</file>