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BD2A8" w14:textId="77777777" w:rsidR="007E01B1" w:rsidRPr="00AE6187" w:rsidRDefault="00DF1AD6" w:rsidP="00AE6187">
      <w:pPr>
        <w:jc w:val="center"/>
        <w:rPr>
          <w:b/>
          <w:bCs/>
          <w:color w:val="1F497D" w:themeColor="text2"/>
          <w:sz w:val="28"/>
          <w:szCs w:val="28"/>
        </w:rPr>
      </w:pPr>
      <w:r w:rsidRPr="00AE6187">
        <w:rPr>
          <w:b/>
          <w:bCs/>
          <w:color w:val="1F497D" w:themeColor="text2"/>
          <w:sz w:val="28"/>
          <w:szCs w:val="28"/>
        </w:rPr>
        <w:t>ÇALIŞMA PROSEDÜRÜ</w:t>
      </w:r>
    </w:p>
    <w:p w14:paraId="6A7D5ECE" w14:textId="2980AEEC" w:rsidR="007E01B1" w:rsidRPr="00AE6187" w:rsidRDefault="00DF1AD6" w:rsidP="00AE6187">
      <w:pPr>
        <w:jc w:val="center"/>
        <w:rPr>
          <w:b/>
          <w:bCs/>
          <w:color w:val="1F497D" w:themeColor="text2"/>
          <w:sz w:val="28"/>
          <w:szCs w:val="28"/>
        </w:rPr>
      </w:pPr>
      <w:r w:rsidRPr="00AE6187">
        <w:rPr>
          <w:b/>
          <w:bCs/>
          <w:color w:val="1F497D" w:themeColor="text2"/>
          <w:sz w:val="28"/>
          <w:szCs w:val="28"/>
        </w:rPr>
        <w:t>Güncelleme: Ocak 202</w:t>
      </w:r>
      <w:r w:rsidR="00B0008E">
        <w:rPr>
          <w:b/>
          <w:bCs/>
          <w:color w:val="1F497D" w:themeColor="text2"/>
          <w:sz w:val="28"/>
          <w:szCs w:val="28"/>
        </w:rPr>
        <w:t>6</w:t>
      </w:r>
    </w:p>
    <w:p w14:paraId="66AAF4A0" w14:textId="77777777" w:rsidR="007E01B1" w:rsidRPr="00AE6187" w:rsidRDefault="007E01B1" w:rsidP="00AE6187">
      <w:pPr>
        <w:jc w:val="center"/>
        <w:rPr>
          <w:b/>
          <w:bCs/>
          <w:sz w:val="28"/>
          <w:szCs w:val="28"/>
        </w:rPr>
      </w:pPr>
    </w:p>
    <w:p w14:paraId="47779EA0" w14:textId="77777777" w:rsidR="007E01B1" w:rsidRPr="00AE6187" w:rsidRDefault="00DF1AD6" w:rsidP="00AE6187">
      <w:pPr>
        <w:jc w:val="center"/>
        <w:rPr>
          <w:b/>
          <w:bCs/>
          <w:sz w:val="40"/>
          <w:szCs w:val="40"/>
        </w:rPr>
      </w:pPr>
      <w:r w:rsidRPr="00AE6187">
        <w:rPr>
          <w:b/>
          <w:bCs/>
          <w:sz w:val="40"/>
          <w:szCs w:val="40"/>
        </w:rPr>
        <w:t>Belge imhası</w:t>
      </w:r>
    </w:p>
    <w:p w14:paraId="530D4DAB" w14:textId="77777777" w:rsidR="007E01B1" w:rsidRPr="00AE6187" w:rsidRDefault="00DF1AD6" w:rsidP="00AE6187">
      <w:pPr>
        <w:jc w:val="center"/>
        <w:rPr>
          <w:b/>
          <w:bCs/>
          <w:sz w:val="28"/>
          <w:szCs w:val="28"/>
        </w:rPr>
      </w:pPr>
      <w:r w:rsidRPr="00AE6187">
        <w:rPr>
          <w:b/>
          <w:bCs/>
          <w:sz w:val="28"/>
          <w:szCs w:val="28"/>
        </w:rPr>
        <w:t>Güvenli imha</w:t>
      </w:r>
    </w:p>
    <w:p w14:paraId="40698864" w14:textId="77777777" w:rsidR="007E01B1" w:rsidRPr="00AE6187" w:rsidRDefault="00DF1AD6" w:rsidP="00AE6187">
      <w:pPr>
        <w:jc w:val="center"/>
        <w:rPr>
          <w:b/>
          <w:bCs/>
          <w:sz w:val="28"/>
          <w:szCs w:val="28"/>
        </w:rPr>
      </w:pPr>
      <w:r w:rsidRPr="00AE6187">
        <w:rPr>
          <w:b/>
          <w:bCs/>
          <w:sz w:val="28"/>
          <w:szCs w:val="28"/>
        </w:rPr>
        <w:t>Süresi dolmuş arşivlerin imhası</w:t>
      </w:r>
    </w:p>
    <w:p w14:paraId="2BA2340E" w14:textId="77777777" w:rsidR="007E01B1" w:rsidRDefault="007E01B1"/>
    <w:p w14:paraId="08B3BAC1" w14:textId="77777777" w:rsidR="007E01B1" w:rsidRDefault="00DF1AD6">
      <w:r>
        <w:t>Gereksiz veya süresi dolmuş belgeleri güvenli imha yoluyla ortadan kaldırma kararınızdan dolayı sizi tebrik ederiz.</w:t>
      </w:r>
    </w:p>
    <w:p w14:paraId="72104465" w14:textId="77777777" w:rsidR="007E01B1" w:rsidRDefault="007E01B1"/>
    <w:p w14:paraId="751CBF10" w14:textId="77777777" w:rsidR="007E01B1" w:rsidRDefault="00DF1AD6">
      <w:r>
        <w:t>Başlamak için office(@)distrugere(.)ro adresine bir e‑posta göndererek Teklif talep etmeniz gerekmektedir.</w:t>
      </w:r>
    </w:p>
    <w:p w14:paraId="6ADACA10" w14:textId="77777777" w:rsidR="007E01B1" w:rsidRDefault="00DF1AD6">
      <w:r>
        <w:t>En azından genel konumu (şehir/ilçe/mahalle) ve imha edilmesi gereken belgelerin tahmini kilogram miktarını belirtmeniz tavsiye edilir.</w:t>
      </w:r>
    </w:p>
    <w:p w14:paraId="6686AE63" w14:textId="77777777" w:rsidR="007E01B1" w:rsidRDefault="007E01B1"/>
    <w:p w14:paraId="57DCFF6E" w14:textId="77777777" w:rsidR="007E01B1" w:rsidRDefault="00DF1AD6">
      <w:r>
        <w:t>E‑posta yoluyla şu belgeleri alacaksınız: Teklif formu, Belge imha hizmet sözleşmesi örneği, Teslim–Tesellüm tutanağı örneği ve ihtiyaç duyabileceğiniz diğer bilgiler.</w:t>
      </w:r>
    </w:p>
    <w:p w14:paraId="543FF547" w14:textId="77777777" w:rsidR="007E01B1" w:rsidRDefault="007E01B1"/>
    <w:p w14:paraId="34B18839" w14:textId="77777777" w:rsidR="007E01B1" w:rsidRDefault="00DF1AD6">
      <w:r>
        <w:t>Teklifi kabul ediyorsanız, lütfen bizimle — tercihen 0767.966.595 numaralı telefonu arayarak — iletişime geçin; belgelerin alınması için yer, tarih ve saat birlikte belirlenecektir.</w:t>
      </w:r>
    </w:p>
    <w:p w14:paraId="19C3CDF9" w14:textId="77777777" w:rsidR="007E01B1" w:rsidRDefault="00DF1AD6">
      <w:r>
        <w:t>Ekip gelmeden önce gerekli evrakları hazırlayabilmemiz için vergi numaranızı (CUI/CIF) iletmeniz gerekmektedir.</w:t>
      </w:r>
    </w:p>
    <w:p w14:paraId="07C18614" w14:textId="77777777" w:rsidR="007E01B1" w:rsidRDefault="007E01B1"/>
    <w:p w14:paraId="26415EB8" w14:textId="77777777" w:rsidR="007E01B1" w:rsidRDefault="00DF1AD6">
      <w:r>
        <w:t>İmha edilecek belgelerin miktarı veya hacmi büyükse, sizden e‑posta veya WhatsApp üzerinden birkaç fotoğraf göndermenizi isteyebiliriz. Gerekirse ekibimiz önceden yerinde keşif yaparak sürecin daha verimli ilerlemesini sağlayabilir.</w:t>
      </w:r>
    </w:p>
    <w:p w14:paraId="34DB8E30" w14:textId="77777777" w:rsidR="007E01B1" w:rsidRDefault="007E01B1"/>
    <w:p w14:paraId="65EA9D01" w14:textId="77777777" w:rsidR="007E01B1" w:rsidRPr="00AE6187" w:rsidRDefault="00DF1AD6">
      <w:pPr>
        <w:rPr>
          <w:b/>
          <w:bCs/>
          <w:color w:val="EE0000"/>
        </w:rPr>
      </w:pPr>
      <w:r w:rsidRPr="00AE6187">
        <w:rPr>
          <w:b/>
          <w:bCs/>
          <w:color w:val="EE0000"/>
        </w:rPr>
        <w:t>DİKKAT! İmha işlemi GERİ DÖNDÜRÜLEMEZ!</w:t>
      </w:r>
    </w:p>
    <w:p w14:paraId="749619D5" w14:textId="77777777" w:rsidR="007E01B1" w:rsidRDefault="00DF1AD6">
      <w:r>
        <w:lastRenderedPageBreak/>
        <w:t>Lütfen imhaya verdiğiniz belgeleri dikkatlice kontrol edin; işlem tamamlandıktan sonra geri getirilemezler.</w:t>
      </w:r>
    </w:p>
    <w:p w14:paraId="3D6A04DA" w14:textId="77777777" w:rsidR="007E01B1" w:rsidRDefault="007E01B1"/>
    <w:p w14:paraId="2748FE6E" w14:textId="77777777" w:rsidR="007E01B1" w:rsidRDefault="00DF1AD6">
      <w:r>
        <w:t>Herhangi bir arşiv düzenlemesi yapmıyoruz ve evraklarınızdan belge seçmiyoruz — hangi belgelerin imha edileceğine yalnızca siz karar verirsiniz.</w:t>
      </w:r>
    </w:p>
    <w:p w14:paraId="365596A1" w14:textId="77777777" w:rsidR="007E01B1" w:rsidRDefault="00DF1AD6">
      <w:r>
        <w:t>Biz yalnızca kilogram/ton bazında belge kabul ederiz ve tutanakta sadece bu miktar belirtilir.</w:t>
      </w:r>
    </w:p>
    <w:p w14:paraId="0C808212" w14:textId="77777777" w:rsidR="007E01B1" w:rsidRDefault="00DF1AD6">
      <w:r>
        <w:t>İsterseniz tutanağın arkasına belge türleri/kategorilerinin bir listesini ekleyebilirsiniz; ancak bizim açımızdan → içerik değil, miktar imha edilir. İçerikten tamamen siz sorumlusunuz.</w:t>
      </w:r>
    </w:p>
    <w:p w14:paraId="390AAF60" w14:textId="77777777" w:rsidR="007E01B1" w:rsidRDefault="007E01B1"/>
    <w:p w14:paraId="69F6D09C" w14:textId="77777777" w:rsidR="007E01B1" w:rsidRDefault="00DF1AD6">
      <w:r>
        <w:t>Alım noktasında elektronik tartım yapılır (yüksek kapasiteli bir tartı getiriyoruz) ve kilogram miktarı tutanağa işlenir.</w:t>
      </w:r>
    </w:p>
    <w:p w14:paraId="3CADEF9A" w14:textId="77777777" w:rsidR="007E01B1" w:rsidRDefault="007E01B1"/>
    <w:p w14:paraId="77CDB53E" w14:textId="77777777" w:rsidR="007E01B1" w:rsidRDefault="00DF1AD6">
      <w:r>
        <w:t>Kesin ağırlık belirlendikten sonra Fatura düzenlenir ve hem e‑posta ile hem de e‑Fatura sistemi üzerinden gönderilir.</w:t>
      </w:r>
    </w:p>
    <w:p w14:paraId="29AF049C" w14:textId="77777777" w:rsidR="007E01B1" w:rsidRDefault="007E01B1"/>
    <w:p w14:paraId="3A509C87" w14:textId="77777777" w:rsidR="007E01B1" w:rsidRDefault="00DF1AD6">
      <w:r>
        <w:t>Ödeme ulaştıktan sonra belge imha işlemi başlatılır.</w:t>
      </w:r>
    </w:p>
    <w:p w14:paraId="4191C84D" w14:textId="77777777" w:rsidR="007E01B1" w:rsidRDefault="007E01B1"/>
    <w:p w14:paraId="10BE02F9" w14:textId="77777777" w:rsidR="007E01B1" w:rsidRDefault="00DF1AD6">
      <w:r>
        <w:t>İmha işleminden önce belgeler metal parçalar, plastik elemanlar ve koruyucu dosyalardan ayrılır; böylece ortaya çıkan kâğıt atığı (çapraz kesim) yabancı madde içermez.</w:t>
      </w:r>
    </w:p>
    <w:p w14:paraId="6484CB7E" w14:textId="77777777" w:rsidR="007E01B1" w:rsidRDefault="00DF1AD6">
      <w:r>
        <w:t>Ortaya çıkan atıklar yetkili atık yönetim firmalarına ücretsiz olarak teslim edilir.</w:t>
      </w:r>
    </w:p>
    <w:p w14:paraId="557F9416" w14:textId="77777777" w:rsidR="007E01B1" w:rsidRDefault="007E01B1"/>
    <w:p w14:paraId="1A60FEBD" w14:textId="77777777" w:rsidR="007E01B1" w:rsidRDefault="00DF1AD6">
      <w:r>
        <w:t>İmha işlemi tamamlandıktan sonra size e‑posta ile İmha Sertifikası / Faaliyet Raporu (tek tip form) gönderilecektir.</w:t>
      </w:r>
    </w:p>
    <w:p w14:paraId="16195DF9" w14:textId="77777777" w:rsidR="007E01B1" w:rsidRDefault="007E01B1"/>
    <w:p w14:paraId="6636CD9B" w14:textId="77777777" w:rsidR="007E01B1" w:rsidRDefault="00DF1AD6">
      <w:r>
        <w:t>Teklif formunda belirtildiği gibi tarife yapısı dinamiktir: miktar arttıkça birim fiyat düşer.</w:t>
      </w:r>
    </w:p>
    <w:p w14:paraId="5F7A9D55" w14:textId="77777777" w:rsidR="007E01B1" w:rsidRDefault="00DF1AD6">
      <w:r>
        <w:t>Hizmet fiyatına sözleşme imzalandıktan sonraki tüm işlemler dahildir:</w:t>
      </w:r>
    </w:p>
    <w:p w14:paraId="7DF2A08A" w14:textId="77777777" w:rsidR="007E01B1" w:rsidRDefault="007E01B1"/>
    <w:p w14:paraId="6005C617" w14:textId="77777777" w:rsidR="007E01B1" w:rsidRDefault="00DF1AD6">
      <w:r>
        <w:t xml:space="preserve">- sahada elektronik tartım  </w:t>
      </w:r>
    </w:p>
    <w:p w14:paraId="588D5937" w14:textId="77777777" w:rsidR="007E01B1" w:rsidRDefault="00DF1AD6">
      <w:r>
        <w:lastRenderedPageBreak/>
        <w:t xml:space="preserve">- tutanakla teslim–tesellüm  </w:t>
      </w:r>
    </w:p>
    <w:p w14:paraId="41A46C4C" w14:textId="77777777" w:rsidR="007E01B1" w:rsidRDefault="00DF1AD6">
      <w:r>
        <w:t xml:space="preserve">- yükleme  </w:t>
      </w:r>
    </w:p>
    <w:p w14:paraId="5BDB66DD" w14:textId="77777777" w:rsidR="007E01B1" w:rsidRDefault="00DF1AD6">
      <w:r>
        <w:t xml:space="preserve">- taşıma  </w:t>
      </w:r>
    </w:p>
    <w:p w14:paraId="0B062287" w14:textId="77777777" w:rsidR="007E01B1" w:rsidRDefault="00DF1AD6">
      <w:r>
        <w:t xml:space="preserve">- boşaltma  </w:t>
      </w:r>
    </w:p>
    <w:p w14:paraId="05673A49" w14:textId="77777777" w:rsidR="007E01B1" w:rsidRDefault="00DF1AD6">
      <w:r>
        <w:t xml:space="preserve">- imhaya hazırlık  </w:t>
      </w:r>
    </w:p>
    <w:p w14:paraId="6433C08F" w14:textId="77777777" w:rsidR="007E01B1" w:rsidRDefault="00DF1AD6">
      <w:r>
        <w:t xml:space="preserve">- plastiklerin ayrıştırılması  </w:t>
      </w:r>
    </w:p>
    <w:p w14:paraId="306F1713" w14:textId="77777777" w:rsidR="007E01B1" w:rsidRDefault="00DF1AD6">
      <w:r>
        <w:t xml:space="preserve">- gerçek imha işlemi  </w:t>
      </w:r>
    </w:p>
    <w:p w14:paraId="30D507AC" w14:textId="77777777" w:rsidR="007E01B1" w:rsidRDefault="00DF1AD6">
      <w:r>
        <w:t xml:space="preserve">- atıkların torbalanması  </w:t>
      </w:r>
    </w:p>
    <w:p w14:paraId="77942E2B" w14:textId="77777777" w:rsidR="007E01B1" w:rsidRDefault="00DF1AD6">
      <w:r>
        <w:t xml:space="preserve">- yetkili geri dönüşüm firmasına ücretsiz teslim  </w:t>
      </w:r>
    </w:p>
    <w:p w14:paraId="0ABC1BEA" w14:textId="77777777" w:rsidR="007E01B1" w:rsidRDefault="00DF1AD6">
      <w:r>
        <w:t xml:space="preserve">- diğer ilgili işlemler  </w:t>
      </w:r>
    </w:p>
    <w:p w14:paraId="6D878FE2" w14:textId="77777777" w:rsidR="007E01B1" w:rsidRDefault="007E01B1"/>
    <w:p w14:paraId="04A7D3EE" w14:textId="77777777" w:rsidR="007E01B1" w:rsidRDefault="00DF1AD6">
      <w:r>
        <w:t>Sürdürülebilirlik ve çevre koruma konularında kararlıyız; imha sonucu oluşan tüm atıklar geri dönüştürülerek ekonomiye yeniden kazandırılır.</w:t>
      </w:r>
    </w:p>
    <w:p w14:paraId="357A0AA2" w14:textId="77777777" w:rsidR="007E01B1" w:rsidRDefault="007E01B1"/>
    <w:p w14:paraId="25F6B308" w14:textId="77777777" w:rsidR="007E01B1" w:rsidRDefault="00DF1AD6">
      <w:r>
        <w:t>Döngüsel ekonomi, paylaşım, yeniden kullanım, onarım, yenileme ve geri dönüşüme dayalı bir üretim ve tüketim modelidir. Bu model ürünlerin ömrünü uzatır ve atık miktarını en aza indirir.</w:t>
      </w:r>
    </w:p>
    <w:p w14:paraId="043F0D01" w14:textId="77777777" w:rsidR="007E01B1" w:rsidRDefault="007E01B1"/>
    <w:p w14:paraId="01E2A3B4" w14:textId="77777777" w:rsidR="007E01B1" w:rsidRDefault="00DF1AD6">
      <w:r>
        <w:t>Bir ürün yaşam döngüsünün sonuna ulaştığında, malzemeleri geri dönüşüm yoluyla ekonomide tutulur ve tekrar tekrar kullanılabilir.</w:t>
      </w:r>
    </w:p>
    <w:p w14:paraId="6EAED6AD" w14:textId="77777777" w:rsidR="007E01B1" w:rsidRDefault="007E01B1"/>
    <w:p w14:paraId="446EA416" w14:textId="77777777" w:rsidR="007E01B1" w:rsidRDefault="00DF1AD6">
      <w:r>
        <w:t>Güvenli, geri döndürülemez ve gizli belge/arşiv imhası için teklif taleplerinizde bizimle iletişime geçebilirsiniz:</w:t>
      </w:r>
    </w:p>
    <w:p w14:paraId="6399A67F" w14:textId="77777777" w:rsidR="007E01B1" w:rsidRDefault="00DF1AD6">
      <w:r>
        <w:t>office(@)distrugere(.)ro</w:t>
      </w:r>
    </w:p>
    <w:p w14:paraId="1895536B" w14:textId="77777777" w:rsidR="007E01B1" w:rsidRDefault="00DF1AD6">
      <w:r>
        <w:t>Telefon: 0767.966.595</w:t>
      </w:r>
    </w:p>
    <w:p w14:paraId="33ADFE52" w14:textId="77777777" w:rsidR="007E01B1" w:rsidRPr="00AE6187" w:rsidRDefault="007E01B1">
      <w:pPr>
        <w:rPr>
          <w:b/>
          <w:bCs/>
        </w:rPr>
      </w:pPr>
    </w:p>
    <w:p w14:paraId="35027073" w14:textId="77777777" w:rsidR="007E01B1" w:rsidRPr="00AE6187" w:rsidRDefault="00DF1AD6">
      <w:pPr>
        <w:rPr>
          <w:b/>
          <w:bCs/>
        </w:rPr>
      </w:pPr>
      <w:r w:rsidRPr="00AE6187">
        <w:rPr>
          <w:b/>
          <w:bCs/>
        </w:rPr>
        <w:t xml:space="preserve">Saygılarımızla,  </w:t>
      </w:r>
    </w:p>
    <w:p w14:paraId="63DBFD55" w14:textId="57AA87D4" w:rsidR="007E01B1" w:rsidRDefault="00DF1AD6">
      <w:r w:rsidRPr="00AE6187">
        <w:rPr>
          <w:b/>
          <w:bCs/>
        </w:rPr>
        <w:t>Distrugere(.)ro Ekibi</w:t>
      </w:r>
    </w:p>
    <w:sectPr w:rsidR="007E01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2828602">
    <w:abstractNumId w:val="8"/>
  </w:num>
  <w:num w:numId="2" w16cid:durableId="1205294277">
    <w:abstractNumId w:val="6"/>
  </w:num>
  <w:num w:numId="3" w16cid:durableId="351303625">
    <w:abstractNumId w:val="5"/>
  </w:num>
  <w:num w:numId="4" w16cid:durableId="831603572">
    <w:abstractNumId w:val="4"/>
  </w:num>
  <w:num w:numId="5" w16cid:durableId="349112688">
    <w:abstractNumId w:val="7"/>
  </w:num>
  <w:num w:numId="6" w16cid:durableId="188836355">
    <w:abstractNumId w:val="3"/>
  </w:num>
  <w:num w:numId="7" w16cid:durableId="1835606342">
    <w:abstractNumId w:val="2"/>
  </w:num>
  <w:num w:numId="8" w16cid:durableId="743720263">
    <w:abstractNumId w:val="1"/>
  </w:num>
  <w:num w:numId="9" w16cid:durableId="161247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E01B1"/>
    <w:rsid w:val="00A560CC"/>
    <w:rsid w:val="00A73FA7"/>
    <w:rsid w:val="00AA00C9"/>
    <w:rsid w:val="00AA1D8D"/>
    <w:rsid w:val="00AE6187"/>
    <w:rsid w:val="00B0008E"/>
    <w:rsid w:val="00B47730"/>
    <w:rsid w:val="00CB0664"/>
    <w:rsid w:val="00DF1A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E77706"/>
  <w14:defaultImageDpi w14:val="300"/>
  <w15:docId w15:val="{66ADE269-88D7-4F67-A497-25111BFF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SICAP</cp:lastModifiedBy>
  <cp:revision>4</cp:revision>
  <dcterms:created xsi:type="dcterms:W3CDTF">2025-11-27T13:15:00Z</dcterms:created>
  <dcterms:modified xsi:type="dcterms:W3CDTF">2026-01-05T13:24:00Z</dcterms:modified>
  <cp:category/>
</cp:coreProperties>
</file>